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05445" w14:textId="29C9FF38" w:rsidR="00A8506F" w:rsidRPr="00C60E6C" w:rsidRDefault="00227F8A" w:rsidP="00C8789D">
      <w:pPr>
        <w:pStyle w:val="Heading1"/>
      </w:pPr>
      <w:r w:rsidRPr="00C8789D">
        <w:t xml:space="preserve">Gateway </w:t>
      </w:r>
      <w:r w:rsidR="00C8789D" w:rsidRPr="00C8789D">
        <w:t>a</w:t>
      </w:r>
      <w:r w:rsidR="009176A6" w:rsidRPr="00C8789D">
        <w:t>ssessment</w:t>
      </w:r>
      <w:r w:rsidR="00C8789D" w:rsidRPr="00C8789D">
        <w:t>: c</w:t>
      </w:r>
      <w:r w:rsidR="009176A6" w:rsidRPr="00C8789D">
        <w:t>onsent</w:t>
      </w:r>
      <w:r w:rsidRPr="00C8789D">
        <w:t xml:space="preserve"> </w:t>
      </w:r>
      <w:r w:rsidR="00C8789D" w:rsidRPr="00C8789D">
        <w:t>f</w:t>
      </w:r>
      <w:r w:rsidRPr="00C8789D">
        <w:t>orm</w:t>
      </w:r>
      <w:r w:rsidR="00C8789D">
        <w:t xml:space="preserve"> for p</w:t>
      </w:r>
      <w:r w:rsidR="00F327CC" w:rsidRPr="00C60E6C">
        <w:t>arent</w:t>
      </w:r>
      <w:r w:rsidR="006D0FA8" w:rsidRPr="00C60E6C">
        <w:t>/</w:t>
      </w:r>
      <w:r w:rsidR="00C8789D">
        <w:t>g</w:t>
      </w:r>
      <w:r w:rsidR="00F327CC" w:rsidRPr="00C60E6C">
        <w:t>uardia</w:t>
      </w:r>
      <w:r w:rsidR="006D0FA8" w:rsidRPr="00C60E6C">
        <w:t>n</w:t>
      </w:r>
    </w:p>
    <w:p w14:paraId="593DBC79" w14:textId="08FF1F52" w:rsidR="00A8506F" w:rsidRPr="00C8789D" w:rsidRDefault="00227F8A" w:rsidP="00C8789D">
      <w:r w:rsidRPr="00C8789D">
        <w:t>Kia ora</w:t>
      </w:r>
    </w:p>
    <w:p w14:paraId="59332B41" w14:textId="77777777" w:rsidR="00884FB3" w:rsidRDefault="006E659D" w:rsidP="00C8789D">
      <w:r w:rsidRPr="00C60E6C">
        <w:t xml:space="preserve">To </w:t>
      </w:r>
      <w:r w:rsidR="00DA0203" w:rsidRPr="00C60E6C">
        <w:t xml:space="preserve">better </w:t>
      </w:r>
      <w:r w:rsidRPr="00C60E6C">
        <w:t xml:space="preserve">understand </w:t>
      </w:r>
      <w:r w:rsidR="00E25DBD" w:rsidRPr="00C60E6C">
        <w:t xml:space="preserve">the </w:t>
      </w:r>
      <w:r w:rsidR="008F5804" w:rsidRPr="00C60E6C">
        <w:t>health</w:t>
      </w:r>
      <w:r w:rsidR="266F6CBB" w:rsidRPr="00C60E6C">
        <w:t>,</w:t>
      </w:r>
      <w:r w:rsidR="008F5804" w:rsidRPr="00C60E6C">
        <w:t xml:space="preserve"> </w:t>
      </w:r>
      <w:r w:rsidR="00EB4A45" w:rsidRPr="00C60E6C">
        <w:t xml:space="preserve">education </w:t>
      </w:r>
      <w:r w:rsidR="3B8B2B35" w:rsidRPr="00C60E6C">
        <w:t>and wellbeing</w:t>
      </w:r>
      <w:r w:rsidR="00EB4A45" w:rsidRPr="00C60E6C">
        <w:t xml:space="preserve"> </w:t>
      </w:r>
      <w:r w:rsidR="008F5804" w:rsidRPr="00C60E6C">
        <w:t xml:space="preserve">needs </w:t>
      </w:r>
      <w:r w:rsidR="00E25DBD" w:rsidRPr="00C60E6C">
        <w:t xml:space="preserve">of </w:t>
      </w:r>
    </w:p>
    <w:p w14:paraId="30FCE43A" w14:textId="16AA6E2F" w:rsidR="00F859ED" w:rsidRPr="00C60E6C" w:rsidRDefault="00D1062C" w:rsidP="00C8789D">
      <w:r w:rsidRPr="00C60E6C">
        <w:t>……</w:t>
      </w:r>
      <w:r w:rsidR="00886848">
        <w:t>…………….</w:t>
      </w:r>
      <w:r w:rsidRPr="00C60E6C">
        <w:t>…</w:t>
      </w:r>
      <w:r w:rsidR="00884FB3">
        <w:t>……………………………………….</w:t>
      </w:r>
      <w:r w:rsidRPr="00C60E6C">
        <w:t>.</w:t>
      </w:r>
      <w:r w:rsidR="00C8789D">
        <w:t xml:space="preserve"> </w:t>
      </w:r>
      <w:r w:rsidR="00610B7C">
        <w:t>[</w:t>
      </w:r>
      <w:r w:rsidR="000C1FBD" w:rsidRPr="00C60E6C">
        <w:t xml:space="preserve">insert </w:t>
      </w:r>
      <w:r w:rsidR="00E25DBD" w:rsidRPr="00C60E6C">
        <w:t xml:space="preserve">child or young </w:t>
      </w:r>
      <w:r w:rsidR="003E427F" w:rsidRPr="00C60E6C">
        <w:t>person’s</w:t>
      </w:r>
      <w:r w:rsidR="001E149C" w:rsidRPr="00C60E6C">
        <w:t xml:space="preserve"> name</w:t>
      </w:r>
      <w:r w:rsidR="00610B7C">
        <w:t>]</w:t>
      </w:r>
      <w:r w:rsidR="001E149C" w:rsidRPr="00C60E6C">
        <w:t xml:space="preserve"> </w:t>
      </w:r>
      <w:r w:rsidR="00DA0203" w:rsidRPr="00C60E6C">
        <w:t xml:space="preserve">and how </w:t>
      </w:r>
      <w:r w:rsidR="00AD6C9E" w:rsidRPr="00C60E6C">
        <w:t xml:space="preserve">we can </w:t>
      </w:r>
      <w:r w:rsidR="005B45D2" w:rsidRPr="00C60E6C">
        <w:t>support these</w:t>
      </w:r>
      <w:r w:rsidR="0010001D" w:rsidRPr="00C60E6C">
        <w:t>,</w:t>
      </w:r>
      <w:r w:rsidR="00F93A9A" w:rsidRPr="00C60E6C">
        <w:t xml:space="preserve"> </w:t>
      </w:r>
      <w:r w:rsidR="00031F64" w:rsidRPr="00C60E6C">
        <w:t>we</w:t>
      </w:r>
      <w:r w:rsidR="00BE7F02" w:rsidRPr="00C60E6C">
        <w:t xml:space="preserve"> would</w:t>
      </w:r>
      <w:r w:rsidR="00031F64" w:rsidRPr="00C60E6C">
        <w:t xml:space="preserve"> like</w:t>
      </w:r>
      <w:r w:rsidR="00AD6C9E" w:rsidRPr="00C60E6C">
        <w:t xml:space="preserve"> to </w:t>
      </w:r>
      <w:r w:rsidR="00637D1E" w:rsidRPr="00C60E6C">
        <w:t xml:space="preserve">work with you to </w:t>
      </w:r>
      <w:r w:rsidR="00AD6C9E" w:rsidRPr="00C60E6C">
        <w:t xml:space="preserve">complete a </w:t>
      </w:r>
      <w:r w:rsidR="00E47A9F" w:rsidRPr="00C60E6C">
        <w:t>g</w:t>
      </w:r>
      <w:r w:rsidR="00AD6C9E" w:rsidRPr="00C60E6C">
        <w:t>ateway assessment</w:t>
      </w:r>
      <w:r w:rsidR="004038CA" w:rsidRPr="00C60E6C">
        <w:t>.</w:t>
      </w:r>
    </w:p>
    <w:p w14:paraId="2DAFD937" w14:textId="0D4681FB" w:rsidR="005B62FA" w:rsidRPr="00C60E6C" w:rsidRDefault="003B3B2B" w:rsidP="00C8789D">
      <w:r w:rsidRPr="00C60E6C">
        <w:t xml:space="preserve">If you </w:t>
      </w:r>
      <w:r w:rsidR="008D3875" w:rsidRPr="00C60E6C">
        <w:t>agree</w:t>
      </w:r>
      <w:r w:rsidR="00533DE1" w:rsidRPr="00C60E6C">
        <w:t xml:space="preserve"> </w:t>
      </w:r>
      <w:r w:rsidR="005215E7" w:rsidRPr="00C60E6C">
        <w:t xml:space="preserve">(consent) </w:t>
      </w:r>
      <w:r w:rsidR="00533DE1" w:rsidRPr="00C60E6C">
        <w:t xml:space="preserve">to this </w:t>
      </w:r>
      <w:r w:rsidR="001541AC" w:rsidRPr="00C60E6C">
        <w:t>assessment,</w:t>
      </w:r>
      <w:r w:rsidR="00533DE1" w:rsidRPr="00C60E6C">
        <w:t xml:space="preserve"> please complete the tick box</w:t>
      </w:r>
      <w:r w:rsidR="000C5634" w:rsidRPr="00C60E6C">
        <w:t>es</w:t>
      </w:r>
      <w:r w:rsidR="00533DE1" w:rsidRPr="00C60E6C">
        <w:t xml:space="preserve"> and </w:t>
      </w:r>
      <w:r w:rsidR="00A570A6" w:rsidRPr="00C60E6C">
        <w:t>sign</w:t>
      </w:r>
      <w:r w:rsidR="00533DE1" w:rsidRPr="00C60E6C">
        <w:t xml:space="preserve"> at the </w:t>
      </w:r>
      <w:r w:rsidR="00BE7F02" w:rsidRPr="00C60E6C">
        <w:t>end of this form</w:t>
      </w:r>
      <w:r w:rsidR="008935CB" w:rsidRPr="00C60E6C">
        <w:t>.</w:t>
      </w:r>
    </w:p>
    <w:p w14:paraId="21AF6C79" w14:textId="16554359" w:rsidR="004F5311" w:rsidRPr="00C60E6C" w:rsidRDefault="00AC2A81" w:rsidP="00C8789D">
      <w:r w:rsidRPr="00C60E6C">
        <w:t xml:space="preserve">You can withdraw </w:t>
      </w:r>
      <w:r w:rsidR="00073010" w:rsidRPr="00C60E6C">
        <w:t xml:space="preserve">your consent at any </w:t>
      </w:r>
      <w:r w:rsidR="008601DB" w:rsidRPr="00C60E6C">
        <w:t>time.</w:t>
      </w:r>
    </w:p>
    <w:p w14:paraId="370B8F44" w14:textId="77B109C9" w:rsidR="004F5311" w:rsidRPr="0019016B" w:rsidRDefault="002458C3" w:rsidP="0019016B">
      <w:pPr>
        <w:pStyle w:val="Heading2"/>
      </w:pPr>
      <w:r w:rsidRPr="0019016B">
        <w:t>What</w:t>
      </w:r>
      <w:r w:rsidR="00333844" w:rsidRPr="0019016B">
        <w:t xml:space="preserve"> is a </w:t>
      </w:r>
      <w:r w:rsidR="00C8789D" w:rsidRPr="0019016B">
        <w:t>g</w:t>
      </w:r>
      <w:r w:rsidR="00333844" w:rsidRPr="0019016B">
        <w:t xml:space="preserve">ateway </w:t>
      </w:r>
      <w:r w:rsidR="00C8789D" w:rsidRPr="0019016B">
        <w:t>a</w:t>
      </w:r>
      <w:r w:rsidR="00333844" w:rsidRPr="0019016B">
        <w:t>ssessment</w:t>
      </w:r>
      <w:r w:rsidRPr="0019016B">
        <w:t>?</w:t>
      </w:r>
    </w:p>
    <w:p w14:paraId="0C22B706" w14:textId="77777777" w:rsidR="00884FB3" w:rsidRDefault="00221B35" w:rsidP="00C8789D">
      <w:r w:rsidRPr="00C60E6C">
        <w:t xml:space="preserve">A </w:t>
      </w:r>
      <w:r w:rsidR="00E47A9F" w:rsidRPr="00C60E6C">
        <w:t xml:space="preserve">gateway assessment </w:t>
      </w:r>
      <w:r w:rsidR="00876A0B" w:rsidRPr="00C60E6C">
        <w:t>is a detailed assessment of</w:t>
      </w:r>
      <w:r w:rsidR="007709A6" w:rsidRPr="00C60E6C">
        <w:t xml:space="preserve"> </w:t>
      </w:r>
    </w:p>
    <w:p w14:paraId="53DA485F" w14:textId="3F133CF6" w:rsidR="0071459D" w:rsidRPr="00C60E6C" w:rsidRDefault="00083195" w:rsidP="00C8789D">
      <w:r w:rsidRPr="00C60E6C">
        <w:rPr>
          <w:rFonts w:cstheme="majorBidi"/>
        </w:rPr>
        <w:t>……</w:t>
      </w:r>
      <w:r w:rsidR="00886848">
        <w:rPr>
          <w:rFonts w:cstheme="majorBidi"/>
        </w:rPr>
        <w:t>……………………………</w:t>
      </w:r>
      <w:r w:rsidR="00884FB3">
        <w:rPr>
          <w:rFonts w:cstheme="majorBidi"/>
        </w:rPr>
        <w:t>…………………</w:t>
      </w:r>
      <w:r w:rsidR="00886848">
        <w:rPr>
          <w:rFonts w:cstheme="majorBidi"/>
        </w:rPr>
        <w:t>……..</w:t>
      </w:r>
      <w:r w:rsidRPr="00C60E6C">
        <w:rPr>
          <w:rFonts w:cstheme="majorBidi"/>
        </w:rPr>
        <w:t>….</w:t>
      </w:r>
      <w:r w:rsidR="00610B7C">
        <w:rPr>
          <w:rFonts w:cstheme="majorBidi"/>
        </w:rPr>
        <w:t xml:space="preserve"> [</w:t>
      </w:r>
      <w:r w:rsidRPr="00C60E6C">
        <w:rPr>
          <w:rFonts w:cstheme="majorBidi"/>
        </w:rPr>
        <w:t xml:space="preserve">insert </w:t>
      </w:r>
      <w:r w:rsidR="00201A6D" w:rsidRPr="00C60E6C">
        <w:rPr>
          <w:rFonts w:cstheme="majorBidi"/>
        </w:rPr>
        <w:t xml:space="preserve">child or young </w:t>
      </w:r>
      <w:r w:rsidR="003E427F" w:rsidRPr="00C60E6C">
        <w:rPr>
          <w:rFonts w:cstheme="majorBidi"/>
        </w:rPr>
        <w:t>person</w:t>
      </w:r>
      <w:r w:rsidR="00F859ED" w:rsidRPr="00C60E6C">
        <w:rPr>
          <w:rFonts w:cstheme="majorBidi"/>
        </w:rPr>
        <w:t>’s</w:t>
      </w:r>
      <w:r w:rsidR="007709A6" w:rsidRPr="00C60E6C">
        <w:rPr>
          <w:rFonts w:cstheme="majorBidi"/>
        </w:rPr>
        <w:t xml:space="preserve"> </w:t>
      </w:r>
      <w:r w:rsidR="00C7392A" w:rsidRPr="00C60E6C">
        <w:rPr>
          <w:rFonts w:cstheme="majorBidi"/>
        </w:rPr>
        <w:t>name</w:t>
      </w:r>
      <w:r w:rsidR="00610B7C">
        <w:rPr>
          <w:rFonts w:cstheme="majorBidi"/>
        </w:rPr>
        <w:t>]</w:t>
      </w:r>
      <w:r w:rsidR="00C7392A" w:rsidRPr="00C60E6C">
        <w:rPr>
          <w:rFonts w:cstheme="majorBidi"/>
        </w:rPr>
        <w:t xml:space="preserve"> </w:t>
      </w:r>
      <w:r w:rsidR="006A175B" w:rsidRPr="00C60E6C">
        <w:t>h</w:t>
      </w:r>
      <w:r w:rsidR="00973823" w:rsidRPr="00C60E6C">
        <w:t>ealth</w:t>
      </w:r>
      <w:r w:rsidR="00876A0B" w:rsidRPr="00C60E6C">
        <w:t xml:space="preserve"> </w:t>
      </w:r>
      <w:r w:rsidR="00A06F36" w:rsidRPr="00C60E6C">
        <w:t xml:space="preserve">and </w:t>
      </w:r>
      <w:r w:rsidR="00876A0B" w:rsidRPr="00C60E6C">
        <w:t>education</w:t>
      </w:r>
      <w:r w:rsidR="00AE5DF5" w:rsidRPr="00C60E6C">
        <w:t xml:space="preserve"> </w:t>
      </w:r>
      <w:r w:rsidR="00E47A9F" w:rsidRPr="00C60E6C">
        <w:t>needs</w:t>
      </w:r>
      <w:r w:rsidR="00A512ED" w:rsidRPr="00C60E6C">
        <w:t>:</w:t>
      </w:r>
    </w:p>
    <w:p w14:paraId="7BBAF363" w14:textId="24C6BD96" w:rsidR="00B1474C" w:rsidRPr="00610B7C" w:rsidRDefault="0071459D" w:rsidP="00610B7C">
      <w:pPr>
        <w:pStyle w:val="ListParagraph"/>
      </w:pPr>
      <w:r w:rsidRPr="00C60E6C">
        <w:t>The health assessm</w:t>
      </w:r>
      <w:r w:rsidRPr="00610B7C">
        <w:t xml:space="preserve">ent </w:t>
      </w:r>
      <w:r w:rsidR="00B433E6" w:rsidRPr="00610B7C">
        <w:t xml:space="preserve">will be completed </w:t>
      </w:r>
      <w:r w:rsidR="00876A0B" w:rsidRPr="00610B7C">
        <w:t xml:space="preserve">by a </w:t>
      </w:r>
      <w:r w:rsidR="008C0F05" w:rsidRPr="00610B7C">
        <w:t>ga</w:t>
      </w:r>
      <w:r w:rsidR="00876A0B" w:rsidRPr="00610B7C">
        <w:t>teway health professional</w:t>
      </w:r>
      <w:r w:rsidR="000418BF" w:rsidRPr="00610B7C">
        <w:t xml:space="preserve"> </w:t>
      </w:r>
      <w:r w:rsidR="002164B1" w:rsidRPr="00610B7C">
        <w:t>(usually</w:t>
      </w:r>
      <w:r w:rsidR="000418BF" w:rsidRPr="00610B7C">
        <w:t xml:space="preserve"> a doctor or specialist </w:t>
      </w:r>
      <w:r w:rsidR="002164B1" w:rsidRPr="00610B7C">
        <w:t>nurse)</w:t>
      </w:r>
      <w:r w:rsidR="00A512ED" w:rsidRPr="00610B7C">
        <w:t>.</w:t>
      </w:r>
    </w:p>
    <w:p w14:paraId="5B494C47" w14:textId="763589E5" w:rsidR="00A31928" w:rsidRPr="00610B7C" w:rsidRDefault="00B1474C" w:rsidP="00610B7C">
      <w:pPr>
        <w:pStyle w:val="ListParagraph"/>
      </w:pPr>
      <w:r w:rsidRPr="00610B7C">
        <w:t>The</w:t>
      </w:r>
      <w:r w:rsidR="007E54B6" w:rsidRPr="00610B7C">
        <w:t xml:space="preserve"> education</w:t>
      </w:r>
      <w:r w:rsidR="00D002EF" w:rsidRPr="00610B7C">
        <w:t xml:space="preserve"> </w:t>
      </w:r>
      <w:r w:rsidR="00BF03B3" w:rsidRPr="00610B7C">
        <w:t>assessment will be completed by the e</w:t>
      </w:r>
      <w:r w:rsidR="00F075D2" w:rsidRPr="00610B7C">
        <w:t xml:space="preserve">ducation </w:t>
      </w:r>
      <w:r w:rsidR="007E54B6" w:rsidRPr="00610B7C">
        <w:t>provider</w:t>
      </w:r>
      <w:r w:rsidR="00F075D2" w:rsidRPr="00610B7C">
        <w:t xml:space="preserve"> </w:t>
      </w:r>
      <w:r w:rsidR="00031C97">
        <w:t>–</w:t>
      </w:r>
      <w:r w:rsidR="00F075D2" w:rsidRPr="00610B7C">
        <w:t xml:space="preserve"> </w:t>
      </w:r>
      <w:r w:rsidR="007E54B6" w:rsidRPr="00610B7C">
        <w:t>the</w:t>
      </w:r>
      <w:r w:rsidRPr="00610B7C">
        <w:t xml:space="preserve"> </w:t>
      </w:r>
      <w:r w:rsidR="0053328C" w:rsidRPr="00610B7C">
        <w:t xml:space="preserve">school </w:t>
      </w:r>
      <w:r w:rsidR="007E54B6" w:rsidRPr="00610B7C">
        <w:t>or early childhoo</w:t>
      </w:r>
      <w:r w:rsidR="00572DF5" w:rsidRPr="00610B7C">
        <w:t>d centr</w:t>
      </w:r>
      <w:r w:rsidR="00F075D2" w:rsidRPr="00610B7C">
        <w:t>e.</w:t>
      </w:r>
    </w:p>
    <w:p w14:paraId="2312B37F" w14:textId="7EF802E9" w:rsidR="00572DF5" w:rsidRPr="00C60E6C" w:rsidRDefault="00A31928" w:rsidP="00610B7C">
      <w:pPr>
        <w:pStyle w:val="ListParagraph"/>
      </w:pPr>
      <w:r w:rsidRPr="00610B7C">
        <w:t>Information from the a</w:t>
      </w:r>
      <w:r w:rsidRPr="00C60E6C">
        <w:t>ssessment will inform a gateway report.</w:t>
      </w:r>
    </w:p>
    <w:p w14:paraId="17EEAEFD" w14:textId="688B689D" w:rsidR="00BD6199" w:rsidRPr="00C60E6C" w:rsidRDefault="00876A0B" w:rsidP="00C8789D">
      <w:r w:rsidRPr="00C60E6C">
        <w:t>Th</w:t>
      </w:r>
      <w:r w:rsidR="00A31928" w:rsidRPr="00C60E6C">
        <w:t xml:space="preserve">e gateway report </w:t>
      </w:r>
      <w:r w:rsidRPr="00C60E6C">
        <w:t>will identify any health, education or wellbeing</w:t>
      </w:r>
      <w:r w:rsidR="00D16686" w:rsidRPr="00C60E6C">
        <w:t xml:space="preserve"> needs </w:t>
      </w:r>
      <w:r w:rsidR="00392E72" w:rsidRPr="00C60E6C">
        <w:t>you</w:t>
      </w:r>
      <w:r w:rsidR="006839A4" w:rsidRPr="00C60E6C">
        <w:t>r</w:t>
      </w:r>
      <w:r w:rsidR="00B10D29" w:rsidRPr="00C60E6C">
        <w:t xml:space="preserve"> child </w:t>
      </w:r>
      <w:r w:rsidR="00392E72" w:rsidRPr="00C60E6C">
        <w:t xml:space="preserve">or </w:t>
      </w:r>
      <w:r w:rsidR="00B10D29" w:rsidRPr="00C60E6C">
        <w:t xml:space="preserve">young </w:t>
      </w:r>
      <w:r w:rsidR="001C43A1" w:rsidRPr="00C60E6C">
        <w:t>person</w:t>
      </w:r>
      <w:r w:rsidR="00392E72" w:rsidRPr="00C60E6C">
        <w:t xml:space="preserve"> </w:t>
      </w:r>
      <w:r w:rsidR="002B5A33" w:rsidRPr="00C60E6C">
        <w:t xml:space="preserve">may </w:t>
      </w:r>
      <w:r w:rsidR="00EE666D" w:rsidRPr="00C60E6C">
        <w:t>have</w:t>
      </w:r>
      <w:r w:rsidR="00B934F4" w:rsidRPr="00C60E6C">
        <w:t xml:space="preserve"> </w:t>
      </w:r>
      <w:r w:rsidR="001D409B" w:rsidRPr="00C60E6C">
        <w:t xml:space="preserve">and </w:t>
      </w:r>
      <w:r w:rsidR="00EC001D" w:rsidRPr="00C60E6C">
        <w:t xml:space="preserve">may </w:t>
      </w:r>
      <w:r w:rsidRPr="00C60E6C">
        <w:t xml:space="preserve">recommend ways to </w:t>
      </w:r>
      <w:r w:rsidR="007262F9" w:rsidRPr="00C60E6C">
        <w:t>help</w:t>
      </w:r>
      <w:r w:rsidR="00031C97">
        <w:t>.</w:t>
      </w:r>
    </w:p>
    <w:p w14:paraId="22E86FF3" w14:textId="127BA550" w:rsidR="00912C3A" w:rsidRPr="00C60E6C" w:rsidRDefault="00B027D3" w:rsidP="00C8789D">
      <w:r w:rsidRPr="00C60E6C">
        <w:t>For you</w:t>
      </w:r>
      <w:r w:rsidR="006D4A3E" w:rsidRPr="00C60E6C">
        <w:t>r</w:t>
      </w:r>
      <w:r w:rsidRPr="00C60E6C">
        <w:t xml:space="preserve"> information</w:t>
      </w:r>
      <w:r w:rsidR="00031C97">
        <w:t>,</w:t>
      </w:r>
      <w:r w:rsidRPr="00C60E6C">
        <w:t xml:space="preserve"> we have included a </w:t>
      </w:r>
      <w:r w:rsidR="00606201" w:rsidRPr="00C60E6C">
        <w:t>list</w:t>
      </w:r>
      <w:r w:rsidR="000E789C" w:rsidRPr="00C60E6C">
        <w:t>,</w:t>
      </w:r>
      <w:r w:rsidR="00227D2B" w:rsidRPr="00C60E6C">
        <w:t xml:space="preserve"> </w:t>
      </w:r>
      <w:r w:rsidR="00801C2E">
        <w:t>l</w:t>
      </w:r>
      <w:r w:rsidR="00801C2E" w:rsidRPr="00801C2E">
        <w:t>ater in the document</w:t>
      </w:r>
      <w:r w:rsidR="00227D2B" w:rsidRPr="00C60E6C">
        <w:t>, of</w:t>
      </w:r>
      <w:r w:rsidRPr="00C60E6C">
        <w:t xml:space="preserve"> </w:t>
      </w:r>
      <w:r w:rsidR="006D4A3E" w:rsidRPr="00C60E6C">
        <w:t>the different roles and titles you are likely to hear people using during the assessment</w:t>
      </w:r>
      <w:r w:rsidR="002D1920" w:rsidRPr="00C60E6C">
        <w:t>.</w:t>
      </w:r>
    </w:p>
    <w:p w14:paraId="7B51E466" w14:textId="4A1B70E7" w:rsidR="004F5311" w:rsidRPr="00C60E6C" w:rsidRDefault="008D2ECE" w:rsidP="0019016B">
      <w:pPr>
        <w:pStyle w:val="Heading2"/>
      </w:pPr>
      <w:r w:rsidRPr="00C60E6C">
        <w:t>What will happen?</w:t>
      </w:r>
    </w:p>
    <w:p w14:paraId="712823E7" w14:textId="1907AA83" w:rsidR="00CD5154" w:rsidRPr="00031C97" w:rsidRDefault="00031C97" w:rsidP="00031C97">
      <w:pPr>
        <w:pStyle w:val="Heading3"/>
      </w:pPr>
      <w:r>
        <w:t xml:space="preserve">1. </w:t>
      </w:r>
      <w:r w:rsidR="00CD5154" w:rsidRPr="00031C97">
        <w:t>Health check</w:t>
      </w:r>
    </w:p>
    <w:p w14:paraId="473693CF" w14:textId="3FD60063" w:rsidR="00CD5154" w:rsidRPr="00C60E6C" w:rsidRDefault="00631F4C" w:rsidP="00B37BE2">
      <w:pPr>
        <w:ind w:right="-291"/>
      </w:pPr>
      <w:r w:rsidRPr="00C60E6C">
        <w:t xml:space="preserve">The </w:t>
      </w:r>
      <w:r w:rsidR="00CD5154" w:rsidRPr="00C60E6C">
        <w:t xml:space="preserve">doctor or nurse will </w:t>
      </w:r>
      <w:r w:rsidR="008C71C1" w:rsidRPr="00C60E6C">
        <w:t>assess</w:t>
      </w:r>
      <w:r w:rsidR="00CD5154" w:rsidRPr="00C60E6C">
        <w:t xml:space="preserve"> your child or young person’s health</w:t>
      </w:r>
      <w:r w:rsidR="004E719B" w:rsidRPr="00C60E6C">
        <w:t>.</w:t>
      </w:r>
      <w:r w:rsidR="00F132C4">
        <w:t xml:space="preserve"> </w:t>
      </w:r>
      <w:r w:rsidR="00CD5154" w:rsidRPr="00C60E6C">
        <w:t>This may include:</w:t>
      </w:r>
    </w:p>
    <w:p w14:paraId="13D1376E" w14:textId="64602A03" w:rsidR="00CD5154" w:rsidRPr="00C60E6C" w:rsidRDefault="00CD5154" w:rsidP="00610B7C">
      <w:pPr>
        <w:pStyle w:val="ListParagraph"/>
      </w:pPr>
      <w:r w:rsidRPr="00C60E6C">
        <w:t>talking to you about your child or young</w:t>
      </w:r>
      <w:r w:rsidR="004E719B" w:rsidRPr="00C60E6C">
        <w:t xml:space="preserve"> person’s</w:t>
      </w:r>
      <w:r w:rsidRPr="00C60E6C">
        <w:t xml:space="preserve"> health history</w:t>
      </w:r>
    </w:p>
    <w:p w14:paraId="5C483886" w14:textId="0CE70B05" w:rsidR="00CD5154" w:rsidRPr="00C60E6C" w:rsidRDefault="00F732BF" w:rsidP="00610B7C">
      <w:pPr>
        <w:pStyle w:val="ListParagraph"/>
      </w:pPr>
      <w:r w:rsidRPr="00C60E6C">
        <w:t>a</w:t>
      </w:r>
      <w:r w:rsidR="005E6B8F" w:rsidRPr="00C60E6C">
        <w:t xml:space="preserve"> general</w:t>
      </w:r>
      <w:r w:rsidR="00CD5154" w:rsidRPr="00C60E6C">
        <w:t xml:space="preserve"> health check</w:t>
      </w:r>
    </w:p>
    <w:p w14:paraId="59AD440B" w14:textId="169E7BA9" w:rsidR="00CD5154" w:rsidRPr="00C60E6C" w:rsidRDefault="00F732BF" w:rsidP="00610B7C">
      <w:pPr>
        <w:pStyle w:val="ListParagraph"/>
      </w:pPr>
      <w:r w:rsidRPr="00C60E6C">
        <w:t>h</w:t>
      </w:r>
      <w:r w:rsidR="00CD5154" w:rsidRPr="00C60E6C">
        <w:t>earing and eyesight checks</w:t>
      </w:r>
    </w:p>
    <w:p w14:paraId="07D3D225" w14:textId="13C89AC0" w:rsidR="00CB012D" w:rsidRPr="00C60E6C" w:rsidRDefault="00BD4716" w:rsidP="00610B7C">
      <w:pPr>
        <w:pStyle w:val="ListParagraph"/>
      </w:pPr>
      <w:r w:rsidRPr="00C60E6C">
        <w:t>discuss</w:t>
      </w:r>
      <w:r w:rsidR="009964B6" w:rsidRPr="00C60E6C">
        <w:t>in</w:t>
      </w:r>
      <w:r w:rsidR="00BB627F" w:rsidRPr="00C60E6C">
        <w:t xml:space="preserve">g </w:t>
      </w:r>
      <w:r w:rsidR="009964B6" w:rsidRPr="00C60E6C">
        <w:t>their behaviour</w:t>
      </w:r>
      <w:r w:rsidR="00846A2E" w:rsidRPr="00C60E6C">
        <w:t xml:space="preserve"> and wellbeing</w:t>
      </w:r>
      <w:r w:rsidR="008F53F1" w:rsidRPr="00C60E6C">
        <w:t>.</w:t>
      </w:r>
    </w:p>
    <w:p w14:paraId="67185241" w14:textId="6B99658F" w:rsidR="00CD5154" w:rsidRPr="00C60E6C" w:rsidRDefault="000F51F7" w:rsidP="00C8789D">
      <w:r w:rsidRPr="00C60E6C">
        <w:lastRenderedPageBreak/>
        <w:t xml:space="preserve">We </w:t>
      </w:r>
      <w:r w:rsidR="00605445" w:rsidRPr="00C60E6C">
        <w:t>may also gather</w:t>
      </w:r>
      <w:r w:rsidR="00CB012D" w:rsidRPr="00C60E6C">
        <w:t xml:space="preserve"> information from your child’s or young person’s doctor or GP, Well Child Tamariki Ora, Plunket, and other health services they have </w:t>
      </w:r>
      <w:r w:rsidR="00605445" w:rsidRPr="00C60E6C">
        <w:t>used</w:t>
      </w:r>
      <w:r w:rsidR="00F732BF" w:rsidRPr="00C60E6C">
        <w:rPr>
          <w:rFonts w:cstheme="majorBidi"/>
        </w:rPr>
        <w:t>.</w:t>
      </w:r>
    </w:p>
    <w:p w14:paraId="737A5299" w14:textId="3BD7F215" w:rsidR="00F90AC1" w:rsidRPr="00C60E6C" w:rsidRDefault="28758666" w:rsidP="00C8789D">
      <w:pPr>
        <w:rPr>
          <w:rStyle w:val="normaltextrun"/>
          <w:rFonts w:cs="Segoe UI"/>
        </w:rPr>
      </w:pPr>
      <w:r w:rsidRPr="00C60E6C">
        <w:rPr>
          <w:rStyle w:val="normaltextrun"/>
          <w:rFonts w:cs="Segoe UI"/>
        </w:rPr>
        <w:t>As a parent/guardian</w:t>
      </w:r>
      <w:r w:rsidR="00031C97">
        <w:rPr>
          <w:rStyle w:val="normaltextrun"/>
          <w:rFonts w:cs="Segoe UI"/>
        </w:rPr>
        <w:t>,</w:t>
      </w:r>
      <w:r w:rsidRPr="00C60E6C">
        <w:rPr>
          <w:rStyle w:val="normaltextrun"/>
          <w:rFonts w:cs="Segoe UI"/>
        </w:rPr>
        <w:t xml:space="preserve"> you may attend and can talk with the doctor or nurse. The </w:t>
      </w:r>
      <w:r w:rsidR="00553327">
        <w:rPr>
          <w:rStyle w:val="normaltextrun"/>
          <w:rFonts w:cs="Segoe UI"/>
        </w:rPr>
        <w:t>Oranga Tamariki</w:t>
      </w:r>
      <w:r w:rsidR="00CF3273">
        <w:rPr>
          <w:rStyle w:val="normaltextrun"/>
          <w:rFonts w:cs="Segoe UI"/>
        </w:rPr>
        <w:t xml:space="preserve"> </w:t>
      </w:r>
      <w:r w:rsidRPr="00C60E6C">
        <w:rPr>
          <w:rStyle w:val="normaltextrun"/>
          <w:rFonts w:cs="Segoe UI"/>
        </w:rPr>
        <w:t>social worker will also be available to respond to any questions or concerns you may have</w:t>
      </w:r>
      <w:r w:rsidR="00F90AC1" w:rsidRPr="00C60E6C">
        <w:rPr>
          <w:rStyle w:val="normaltextrun"/>
          <w:rFonts w:cs="Segoe UI"/>
        </w:rPr>
        <w:t>.</w:t>
      </w:r>
    </w:p>
    <w:p w14:paraId="102BFF7E" w14:textId="4502D4AB" w:rsidR="1188B17F" w:rsidRPr="00C60E6C" w:rsidRDefault="1188B17F" w:rsidP="00C8789D">
      <w:r w:rsidRPr="00C60E6C">
        <w:t>If more tests are needed (like blood tests or X</w:t>
      </w:r>
      <w:r w:rsidRPr="00C60E6C">
        <w:noBreakHyphen/>
        <w:t>rays)</w:t>
      </w:r>
      <w:r w:rsidR="00031C97">
        <w:t>,</w:t>
      </w:r>
      <w:r w:rsidRPr="00C60E6C">
        <w:t xml:space="preserve"> the doctor or nurse will:</w:t>
      </w:r>
    </w:p>
    <w:p w14:paraId="66DB72EB" w14:textId="48AFC63E" w:rsidR="1188B17F" w:rsidRPr="00C60E6C" w:rsidRDefault="1188B17F" w:rsidP="00610B7C">
      <w:pPr>
        <w:pStyle w:val="ListParagraph"/>
      </w:pPr>
      <w:r w:rsidRPr="00C60E6C">
        <w:t>explain why the tests are needed</w:t>
      </w:r>
    </w:p>
    <w:p w14:paraId="620CB381" w14:textId="1671A8E7" w:rsidR="00E834DD" w:rsidRPr="00C60E6C" w:rsidRDefault="00E834DD" w:rsidP="00610B7C">
      <w:pPr>
        <w:pStyle w:val="ListParagraph"/>
      </w:pPr>
      <w:r w:rsidRPr="00C60E6C">
        <w:t>ask for your consent.</w:t>
      </w:r>
    </w:p>
    <w:p w14:paraId="68174EC9" w14:textId="6C224F33" w:rsidR="58D95E9E" w:rsidRPr="00C60E6C" w:rsidRDefault="006E0E7C" w:rsidP="00031C97">
      <w:pPr>
        <w:rPr>
          <w:rStyle w:val="eop"/>
          <w:rFonts w:cs="Segoe UI"/>
        </w:rPr>
      </w:pPr>
      <w:r w:rsidRPr="00C60E6C">
        <w:t xml:space="preserve">If </w:t>
      </w:r>
      <w:r w:rsidR="00526651" w:rsidRPr="00C60E6C">
        <w:t>medical</w:t>
      </w:r>
      <w:r w:rsidR="742C3770" w:rsidRPr="00C60E6C">
        <w:t xml:space="preserve"> information about you or your family’s health is required, further consent will be sought.</w:t>
      </w:r>
    </w:p>
    <w:p w14:paraId="59506393" w14:textId="774F0D12" w:rsidR="002171AC" w:rsidRPr="00C60E6C" w:rsidRDefault="3E2D20B9" w:rsidP="00031C97">
      <w:pPr>
        <w:rPr>
          <w:rStyle w:val="eop"/>
          <w:rFonts w:cs="Segoe UI"/>
        </w:rPr>
      </w:pPr>
      <w:r w:rsidRPr="00C60E6C">
        <w:rPr>
          <w:rStyle w:val="eop"/>
          <w:rFonts w:cs="Segoe UI"/>
        </w:rPr>
        <w:t>The health check information is then shared with</w:t>
      </w:r>
      <w:r w:rsidR="00CF3273">
        <w:rPr>
          <w:rStyle w:val="eop"/>
          <w:rFonts w:cs="Segoe UI"/>
        </w:rPr>
        <w:t>:</w:t>
      </w:r>
    </w:p>
    <w:p w14:paraId="167707E0" w14:textId="1AF13DFF" w:rsidR="58D95E9E" w:rsidRPr="00C60E6C" w:rsidRDefault="00DA19DC" w:rsidP="00031C97">
      <w:pPr>
        <w:pStyle w:val="ListParagraph"/>
        <w:rPr>
          <w:rStyle w:val="eop"/>
          <w:rFonts w:cs="Segoe UI"/>
        </w:rPr>
      </w:pPr>
      <w:r w:rsidRPr="00C60E6C">
        <w:rPr>
          <w:rStyle w:val="eop"/>
          <w:rFonts w:cs="Segoe UI"/>
        </w:rPr>
        <w:t xml:space="preserve">the gateway coordinator </w:t>
      </w:r>
    </w:p>
    <w:p w14:paraId="4DDFF7C3" w14:textId="41B2374E" w:rsidR="000C3BB7" w:rsidRPr="00031C97" w:rsidRDefault="00031C97" w:rsidP="00C8789D">
      <w:pPr>
        <w:pStyle w:val="ListParagraph"/>
        <w:rPr>
          <w:rStyle w:val="eop"/>
          <w:rFonts w:cs="Segoe UI"/>
        </w:rPr>
      </w:pPr>
      <w:r w:rsidRPr="00031C97">
        <w:rPr>
          <w:rStyle w:val="eop"/>
          <w:rFonts w:cs="Segoe UI"/>
        </w:rPr>
        <w:t>t</w:t>
      </w:r>
      <w:r w:rsidR="000C3BB7" w:rsidRPr="00031C97">
        <w:rPr>
          <w:rStyle w:val="eop"/>
          <w:rFonts w:cs="Segoe UI"/>
        </w:rPr>
        <w:t xml:space="preserve">he child or young </w:t>
      </w:r>
      <w:r w:rsidR="002266BD" w:rsidRPr="00031C97">
        <w:rPr>
          <w:rStyle w:val="eop"/>
          <w:rFonts w:cs="Segoe UI"/>
        </w:rPr>
        <w:t>person’s</w:t>
      </w:r>
      <w:r w:rsidR="000C3BB7" w:rsidRPr="00031C97">
        <w:rPr>
          <w:rStyle w:val="eop"/>
          <w:rFonts w:cs="Segoe UI"/>
        </w:rPr>
        <w:t xml:space="preserve"> social worker</w:t>
      </w:r>
      <w:r w:rsidRPr="00031C97">
        <w:rPr>
          <w:rStyle w:val="eop"/>
          <w:rFonts w:cs="Segoe UI"/>
        </w:rPr>
        <w:t>.</w:t>
      </w:r>
    </w:p>
    <w:p w14:paraId="0F7B51DD" w14:textId="1B1914F8" w:rsidR="008D2ECE" w:rsidRPr="00C60E6C" w:rsidRDefault="00593D8C" w:rsidP="00C8789D">
      <w:r w:rsidRPr="00031C97">
        <w:t>Information</w:t>
      </w:r>
      <w:r w:rsidR="00F42C72" w:rsidRPr="00031C97">
        <w:t xml:space="preserve"> gathered through </w:t>
      </w:r>
      <w:r w:rsidR="00540837" w:rsidRPr="00031C97">
        <w:t xml:space="preserve">the health check </w:t>
      </w:r>
      <w:r w:rsidR="00F42C72" w:rsidRPr="00031C97">
        <w:t xml:space="preserve">process that is relevant to your child or young person’s learning will </w:t>
      </w:r>
      <w:r w:rsidR="00540837" w:rsidRPr="00031C97">
        <w:t xml:space="preserve">also </w:t>
      </w:r>
      <w:r w:rsidR="00F42C72" w:rsidRPr="00031C97">
        <w:t xml:space="preserve">be shared with </w:t>
      </w:r>
      <w:r w:rsidR="00540837" w:rsidRPr="00031C97">
        <w:t>their school or early childhood centre</w:t>
      </w:r>
      <w:r w:rsidR="00F42C72" w:rsidRPr="00031C97">
        <w:t>.</w:t>
      </w:r>
    </w:p>
    <w:p w14:paraId="7DA14854" w14:textId="554607B7" w:rsidR="00CD5154" w:rsidRPr="00C60E6C" w:rsidRDefault="00031C97" w:rsidP="00031C97">
      <w:pPr>
        <w:pStyle w:val="Heading3"/>
      </w:pPr>
      <w:r>
        <w:t xml:space="preserve">2. </w:t>
      </w:r>
      <w:r w:rsidR="00770666">
        <w:t>E</w:t>
      </w:r>
      <w:r w:rsidR="003F7944" w:rsidRPr="00C60E6C">
        <w:t>ducation</w:t>
      </w:r>
      <w:r w:rsidR="00770666">
        <w:t xml:space="preserve"> </w:t>
      </w:r>
      <w:r>
        <w:t>i</w:t>
      </w:r>
      <w:r w:rsidR="00770666">
        <w:t>nformation</w:t>
      </w:r>
    </w:p>
    <w:p w14:paraId="2F60C59D" w14:textId="57418987" w:rsidR="00CD5154" w:rsidRPr="00C60E6C" w:rsidRDefault="00CD5154" w:rsidP="00C8789D">
      <w:r w:rsidRPr="00C60E6C">
        <w:t xml:space="preserve">Your child or young person’s </w:t>
      </w:r>
      <w:r w:rsidR="00383040" w:rsidRPr="00C60E6C">
        <w:t>education provider</w:t>
      </w:r>
      <w:r w:rsidR="00344352" w:rsidRPr="00C60E6C">
        <w:t xml:space="preserve"> (their </w:t>
      </w:r>
      <w:r w:rsidRPr="00C60E6C">
        <w:t xml:space="preserve">school </w:t>
      </w:r>
      <w:r w:rsidR="004A2ABF" w:rsidRPr="00C60E6C">
        <w:t xml:space="preserve">or </w:t>
      </w:r>
      <w:r w:rsidR="00383040" w:rsidRPr="00C60E6C">
        <w:t>e</w:t>
      </w:r>
      <w:r w:rsidR="004A2ABF" w:rsidRPr="00C60E6C">
        <w:t xml:space="preserve">arly childhood </w:t>
      </w:r>
      <w:r w:rsidR="00A4632F" w:rsidRPr="00C60E6C">
        <w:t>centre</w:t>
      </w:r>
      <w:r w:rsidR="00344352" w:rsidRPr="00C60E6C">
        <w:t>)</w:t>
      </w:r>
      <w:r w:rsidR="00A4632F" w:rsidRPr="00C60E6C">
        <w:t xml:space="preserve"> will</w:t>
      </w:r>
      <w:r w:rsidRPr="00C60E6C">
        <w:t xml:space="preserve"> collect information about your child</w:t>
      </w:r>
      <w:r w:rsidR="5A6C0A02" w:rsidRPr="00C60E6C">
        <w:t xml:space="preserve"> or young person</w:t>
      </w:r>
      <w:r w:rsidR="00A31928" w:rsidRPr="00C60E6C">
        <w:t>’</w:t>
      </w:r>
      <w:r w:rsidR="5A6C0A02" w:rsidRPr="00C60E6C">
        <w:t>s</w:t>
      </w:r>
      <w:r w:rsidRPr="00C60E6C">
        <w:t xml:space="preserve"> learning</w:t>
      </w:r>
      <w:r w:rsidR="00C712A2" w:rsidRPr="00C60E6C">
        <w:t xml:space="preserve">. </w:t>
      </w:r>
      <w:r w:rsidRPr="00C60E6C">
        <w:t xml:space="preserve">This is called an </w:t>
      </w:r>
      <w:r w:rsidRPr="006F47E7">
        <w:t>education profile.</w:t>
      </w:r>
    </w:p>
    <w:p w14:paraId="7A311127" w14:textId="0CA514DB" w:rsidR="00CD5154" w:rsidRPr="00C60E6C" w:rsidRDefault="00CD5154" w:rsidP="00C8789D">
      <w:r w:rsidRPr="00C60E6C">
        <w:t xml:space="preserve">The school </w:t>
      </w:r>
      <w:r w:rsidR="008F21B5" w:rsidRPr="00C60E6C">
        <w:t xml:space="preserve">or early </w:t>
      </w:r>
      <w:r w:rsidR="000011C8" w:rsidRPr="00C60E6C">
        <w:t xml:space="preserve">childhood centre </w:t>
      </w:r>
      <w:r w:rsidRPr="00C60E6C">
        <w:t>may talk with:</w:t>
      </w:r>
    </w:p>
    <w:p w14:paraId="476BF1BD" w14:textId="77777777" w:rsidR="00CD5154" w:rsidRPr="00C60E6C" w:rsidRDefault="00CD5154" w:rsidP="00610B7C">
      <w:pPr>
        <w:pStyle w:val="ListParagraph"/>
      </w:pPr>
      <w:r w:rsidRPr="00C60E6C">
        <w:t>a Resource Teacher: Learning and Behaviour (RTLB)</w:t>
      </w:r>
    </w:p>
    <w:p w14:paraId="1325C125" w14:textId="77777777" w:rsidR="00CD5154" w:rsidRPr="00C60E6C" w:rsidRDefault="00CD5154" w:rsidP="00610B7C">
      <w:pPr>
        <w:pStyle w:val="ListParagraph"/>
      </w:pPr>
      <w:r w:rsidRPr="00C60E6C">
        <w:t>the Ministry of Education</w:t>
      </w:r>
    </w:p>
    <w:p w14:paraId="430569AB" w14:textId="2DE137C5" w:rsidR="00CE5577" w:rsidRPr="00C60E6C" w:rsidRDefault="00CD5154" w:rsidP="00610B7C">
      <w:pPr>
        <w:pStyle w:val="ListParagraph"/>
      </w:pPr>
      <w:r w:rsidRPr="00C60E6C">
        <w:t xml:space="preserve">previous schools or early learning </w:t>
      </w:r>
      <w:r w:rsidR="00757327" w:rsidRPr="00C60E6C">
        <w:t xml:space="preserve">centres </w:t>
      </w:r>
      <w:r w:rsidRPr="00C60E6C">
        <w:t>(if needed)</w:t>
      </w:r>
      <w:r w:rsidR="00D20F8E" w:rsidRPr="00C60E6C">
        <w:t>.</w:t>
      </w:r>
    </w:p>
    <w:p w14:paraId="0EF4E33A" w14:textId="7D8B560A" w:rsidR="00CD5154" w:rsidRPr="00C60E6C" w:rsidRDefault="00CD5154" w:rsidP="00C8789D">
      <w:r w:rsidRPr="00C60E6C">
        <w:t xml:space="preserve">From this </w:t>
      </w:r>
      <w:r w:rsidR="00883AB6" w:rsidRPr="00C60E6C">
        <w:t>education profile</w:t>
      </w:r>
      <w:r w:rsidR="00D76EE7" w:rsidRPr="00C60E6C">
        <w:t>, rel</w:t>
      </w:r>
      <w:r w:rsidRPr="00C60E6C">
        <w:t>evant information to support the recommendations is shared with:</w:t>
      </w:r>
    </w:p>
    <w:p w14:paraId="63BDCFC8" w14:textId="3FBE4CD6" w:rsidR="00CD5154" w:rsidRPr="00C60E6C" w:rsidRDefault="00CD5154" w:rsidP="00610B7C">
      <w:pPr>
        <w:pStyle w:val="ListParagraph"/>
      </w:pPr>
      <w:r w:rsidRPr="00C60E6C">
        <w:t xml:space="preserve">the </w:t>
      </w:r>
      <w:r w:rsidR="00EB2DBB" w:rsidRPr="00C60E6C">
        <w:t>g</w:t>
      </w:r>
      <w:r w:rsidR="17611C64" w:rsidRPr="00C60E6C">
        <w:t>ateway coordinator</w:t>
      </w:r>
    </w:p>
    <w:p w14:paraId="22D5D074" w14:textId="22F8D236" w:rsidR="64BAAF56" w:rsidRPr="00C60E6C" w:rsidRDefault="64BAAF56" w:rsidP="00610B7C">
      <w:pPr>
        <w:pStyle w:val="ListParagraph"/>
      </w:pPr>
      <w:r w:rsidRPr="00C60E6C">
        <w:t>the health professional</w:t>
      </w:r>
      <w:r w:rsidR="00DF75FE" w:rsidRPr="00C60E6C">
        <w:t xml:space="preserve"> who completed the health check</w:t>
      </w:r>
    </w:p>
    <w:p w14:paraId="10C311ED" w14:textId="6B7427CC" w:rsidR="000D14DD" w:rsidRPr="00C60E6C" w:rsidRDefault="00CD5154" w:rsidP="00610B7C">
      <w:pPr>
        <w:pStyle w:val="ListParagraph"/>
      </w:pPr>
      <w:r w:rsidRPr="00C60E6C" w:rsidDel="000F666E">
        <w:t xml:space="preserve">your </w:t>
      </w:r>
      <w:r w:rsidR="000F666E" w:rsidRPr="00C60E6C">
        <w:t>child</w:t>
      </w:r>
      <w:r w:rsidR="0C43102A" w:rsidRPr="00C60E6C">
        <w:t xml:space="preserve"> or young person’s </w:t>
      </w:r>
      <w:r w:rsidRPr="00C60E6C">
        <w:t>Oranga Tamariki social worker</w:t>
      </w:r>
      <w:r w:rsidR="00D20F8E" w:rsidRPr="00C60E6C">
        <w:t>.</w:t>
      </w:r>
    </w:p>
    <w:p w14:paraId="7E6111AC" w14:textId="6227A6E8" w:rsidR="009974C5" w:rsidRPr="00C60E6C" w:rsidRDefault="000D14DD" w:rsidP="00031C97">
      <w:r w:rsidRPr="00C60E6C">
        <w:t>This helps everyone understand what support might be most useful for your child or young person.</w:t>
      </w:r>
    </w:p>
    <w:p w14:paraId="054703C3" w14:textId="77777777" w:rsidR="00031C97" w:rsidRDefault="00031C97" w:rsidP="00031C97">
      <w:pPr>
        <w:pStyle w:val="Heading3"/>
      </w:pPr>
      <w:r>
        <w:br w:type="page"/>
      </w:r>
    </w:p>
    <w:p w14:paraId="51158B07" w14:textId="6597A2A2" w:rsidR="008D2ECE" w:rsidRPr="00C60E6C" w:rsidRDefault="00031C97" w:rsidP="00031C97">
      <w:pPr>
        <w:pStyle w:val="Heading3"/>
      </w:pPr>
      <w:r>
        <w:lastRenderedPageBreak/>
        <w:t xml:space="preserve">3. </w:t>
      </w:r>
      <w:r w:rsidR="008D2ECE" w:rsidRPr="00C60E6C">
        <w:t>The Gateway Report</w:t>
      </w:r>
    </w:p>
    <w:p w14:paraId="42836C6D" w14:textId="6198FA40" w:rsidR="008D2ECE" w:rsidRPr="00941ED4" w:rsidRDefault="008D2ECE" w:rsidP="00C8789D">
      <w:r w:rsidRPr="00941ED4">
        <w:t xml:space="preserve">A </w:t>
      </w:r>
      <w:r w:rsidR="00683736" w:rsidRPr="00941ED4">
        <w:t xml:space="preserve">gateway coordinator </w:t>
      </w:r>
      <w:r w:rsidRPr="00941ED4">
        <w:t>puts all the information together into a report.</w:t>
      </w:r>
    </w:p>
    <w:p w14:paraId="1CD1628B" w14:textId="77777777" w:rsidR="008D2ECE" w:rsidRPr="00941ED4" w:rsidRDefault="008D2ECE" w:rsidP="00C8789D">
      <w:r w:rsidRPr="00941ED4">
        <w:t>The report includes:</w:t>
      </w:r>
    </w:p>
    <w:p w14:paraId="27BE3993" w14:textId="77777777" w:rsidR="008D2ECE" w:rsidRPr="00031C97" w:rsidRDefault="008D2ECE" w:rsidP="00031C97">
      <w:pPr>
        <w:pStyle w:val="ListParagraph"/>
      </w:pPr>
      <w:r w:rsidRPr="003E6058">
        <w:t>in</w:t>
      </w:r>
      <w:r w:rsidRPr="00031C97">
        <w:t>formation from the health check</w:t>
      </w:r>
    </w:p>
    <w:p w14:paraId="47B39664" w14:textId="59CFA901" w:rsidR="008D2ECE" w:rsidRPr="00031C97" w:rsidRDefault="008D2ECE" w:rsidP="00031C97">
      <w:pPr>
        <w:pStyle w:val="ListParagraph"/>
      </w:pPr>
      <w:r w:rsidRPr="00031C97">
        <w:t xml:space="preserve">information from the </w:t>
      </w:r>
      <w:r w:rsidR="00A57AC5" w:rsidRPr="00031C97">
        <w:t>education p</w:t>
      </w:r>
      <w:r w:rsidR="43732969" w:rsidRPr="00031C97">
        <w:t>rofile</w:t>
      </w:r>
    </w:p>
    <w:p w14:paraId="1B575C14" w14:textId="7B177758" w:rsidR="00A31CF6" w:rsidRPr="00C8789D" w:rsidRDefault="2C99F8C5" w:rsidP="00031C97">
      <w:pPr>
        <w:pStyle w:val="ListParagraph"/>
        <w:rPr>
          <w:rFonts w:cstheme="majorBidi"/>
        </w:rPr>
      </w:pPr>
      <w:r w:rsidRPr="00031C97">
        <w:t>i</w:t>
      </w:r>
      <w:r w:rsidR="00D03CD9" w:rsidRPr="00031C97">
        <w:t>nforma</w:t>
      </w:r>
      <w:r w:rsidR="00D03CD9" w:rsidRPr="003E6058">
        <w:t xml:space="preserve">tion </w:t>
      </w:r>
      <w:r w:rsidR="009F6F18" w:rsidRPr="003E6058">
        <w:t xml:space="preserve">from the social worker </w:t>
      </w:r>
      <w:r w:rsidR="00A61A9C" w:rsidRPr="003E6058">
        <w:t>or other relevant information shared with the gateway coordinator</w:t>
      </w:r>
      <w:r w:rsidR="00A61A9C" w:rsidRPr="00C8789D">
        <w:rPr>
          <w:rFonts w:cstheme="majorBidi"/>
        </w:rPr>
        <w:t>.</w:t>
      </w:r>
    </w:p>
    <w:p w14:paraId="2B9498B9" w14:textId="4E4A6314" w:rsidR="007806C9" w:rsidRPr="00941ED4" w:rsidRDefault="008D2ECE" w:rsidP="00C8789D">
      <w:r w:rsidRPr="00C60E6C">
        <w:t xml:space="preserve">The report </w:t>
      </w:r>
      <w:r w:rsidR="005B4E10" w:rsidRPr="00C60E6C">
        <w:t xml:space="preserve">will </w:t>
      </w:r>
      <w:r w:rsidRPr="00C60E6C">
        <w:t xml:space="preserve">also </w:t>
      </w:r>
      <w:r w:rsidRPr="00941ED4">
        <w:t xml:space="preserve">include </w:t>
      </w:r>
      <w:r w:rsidR="007806C9" w:rsidRPr="00941ED4">
        <w:t>recommendations, and the social worker will discuss these with you.</w:t>
      </w:r>
    </w:p>
    <w:p w14:paraId="62901D55" w14:textId="71F27FCD" w:rsidR="008D2ECE" w:rsidRPr="00941ED4" w:rsidRDefault="008D2ECE" w:rsidP="00C8789D">
      <w:r w:rsidRPr="00941ED4">
        <w:t xml:space="preserve">These </w:t>
      </w:r>
      <w:r w:rsidR="001A5998" w:rsidRPr="00941ED4">
        <w:t xml:space="preserve">recommendations </w:t>
      </w:r>
      <w:r w:rsidRPr="00941ED4">
        <w:t>are suggestions for health or education support that may help your child</w:t>
      </w:r>
      <w:r w:rsidR="00B54E3E" w:rsidRPr="00941ED4">
        <w:t xml:space="preserve"> or young person</w:t>
      </w:r>
      <w:r w:rsidRPr="00941ED4">
        <w:t>.</w:t>
      </w:r>
    </w:p>
    <w:p w14:paraId="4DC23B37" w14:textId="4667859D" w:rsidR="008D2ECE" w:rsidRPr="00941ED4" w:rsidRDefault="008D2ECE" w:rsidP="00C8789D">
      <w:r w:rsidRPr="00941ED4">
        <w:t xml:space="preserve">The recommendations </w:t>
      </w:r>
      <w:r w:rsidR="40A39DF9" w:rsidRPr="00941ED4">
        <w:t xml:space="preserve">and any relevant information </w:t>
      </w:r>
      <w:r w:rsidR="009C7EF5" w:rsidRPr="00941ED4">
        <w:t xml:space="preserve">from the report </w:t>
      </w:r>
      <w:r w:rsidRPr="00941ED4">
        <w:t>may be shared with:</w:t>
      </w:r>
    </w:p>
    <w:p w14:paraId="2F66980E" w14:textId="77777777" w:rsidR="008D2ECE" w:rsidRPr="00031C97" w:rsidRDefault="008D2ECE" w:rsidP="00031C97">
      <w:pPr>
        <w:pStyle w:val="ListParagraph"/>
      </w:pPr>
      <w:r w:rsidRPr="00C60E6C">
        <w:t xml:space="preserve">health </w:t>
      </w:r>
      <w:r w:rsidRPr="00031C97">
        <w:t>workers</w:t>
      </w:r>
    </w:p>
    <w:p w14:paraId="77075BA0" w14:textId="67F24E77" w:rsidR="00DC55D4" w:rsidRPr="00031C97" w:rsidRDefault="008D2ECE" w:rsidP="00031C97">
      <w:pPr>
        <w:pStyle w:val="ListParagraph"/>
      </w:pPr>
      <w:r w:rsidRPr="00031C97">
        <w:t>education staff</w:t>
      </w:r>
    </w:p>
    <w:p w14:paraId="02CE949D" w14:textId="385FEDC3" w:rsidR="008D2ECE" w:rsidRPr="00031C97" w:rsidRDefault="008D2ECE" w:rsidP="00031C97">
      <w:pPr>
        <w:pStyle w:val="ListParagraph"/>
      </w:pPr>
      <w:r w:rsidRPr="00031C97">
        <w:t>people who support your child</w:t>
      </w:r>
      <w:r w:rsidR="00130F26" w:rsidRPr="00031C97">
        <w:t xml:space="preserve"> or young person</w:t>
      </w:r>
      <w:r w:rsidRPr="00031C97">
        <w:t xml:space="preserve"> now or in the future</w:t>
      </w:r>
    </w:p>
    <w:p w14:paraId="01DA5AD2" w14:textId="0E306F41" w:rsidR="56360519" w:rsidRPr="00C60E6C" w:rsidRDefault="003E6058" w:rsidP="00031C97">
      <w:pPr>
        <w:pStyle w:val="ListParagraph"/>
      </w:pPr>
      <w:r w:rsidRPr="00031C97">
        <w:t>y</w:t>
      </w:r>
      <w:r w:rsidR="56360519" w:rsidRPr="00031C97">
        <w:t xml:space="preserve">our </w:t>
      </w:r>
      <w:r w:rsidR="14E1A3D6" w:rsidRPr="00031C97">
        <w:t>child's</w:t>
      </w:r>
      <w:r w:rsidR="56360519" w:rsidRPr="00031C97">
        <w:t xml:space="preserve"> </w:t>
      </w:r>
      <w:r w:rsidR="56360519" w:rsidRPr="00C60E6C">
        <w:t xml:space="preserve">lawyer or </w:t>
      </w:r>
      <w:r w:rsidR="2DE306F4" w:rsidRPr="00C60E6C">
        <w:t xml:space="preserve">the </w:t>
      </w:r>
      <w:r w:rsidR="00031C97">
        <w:t>F</w:t>
      </w:r>
      <w:r w:rsidR="56360519" w:rsidRPr="00C60E6C">
        <w:t xml:space="preserve">amily </w:t>
      </w:r>
      <w:r w:rsidR="00031C97">
        <w:t>C</w:t>
      </w:r>
      <w:r w:rsidR="56360519" w:rsidRPr="00C60E6C">
        <w:t>ourt</w:t>
      </w:r>
      <w:r w:rsidR="00912C3A" w:rsidRPr="00C60E6C">
        <w:t>.</w:t>
      </w:r>
    </w:p>
    <w:p w14:paraId="4A27FC56" w14:textId="09DFA6FE" w:rsidR="008D2ECE" w:rsidRPr="00B429C9" w:rsidRDefault="008D2ECE" w:rsidP="00C8789D">
      <w:r w:rsidRPr="00C60E6C">
        <w:t xml:space="preserve">The </w:t>
      </w:r>
      <w:r w:rsidRPr="00B429C9">
        <w:t xml:space="preserve">recommendations </w:t>
      </w:r>
      <w:r w:rsidR="00C71AEE" w:rsidRPr="00B429C9">
        <w:t xml:space="preserve">and any relevant information </w:t>
      </w:r>
      <w:r w:rsidR="72FA9D36" w:rsidRPr="00B429C9">
        <w:t>may</w:t>
      </w:r>
      <w:r w:rsidRPr="00B429C9">
        <w:t xml:space="preserve"> also be shared at the </w:t>
      </w:r>
      <w:r w:rsidR="00783E09" w:rsidRPr="00B429C9">
        <w:t>family group conference</w:t>
      </w:r>
      <w:r w:rsidRPr="00B429C9">
        <w:t>.</w:t>
      </w:r>
    </w:p>
    <w:p w14:paraId="15CE32FD" w14:textId="2E63CDE0" w:rsidR="007B504E" w:rsidRPr="00C60E6C" w:rsidRDefault="008D2ECE" w:rsidP="00C8789D">
      <w:r w:rsidRPr="00C60E6C">
        <w:t>Your</w:t>
      </w:r>
      <w:r w:rsidR="007A4F1B" w:rsidRPr="00C60E6C">
        <w:t xml:space="preserve"> child or young person’s</w:t>
      </w:r>
      <w:r w:rsidRPr="00C60E6C">
        <w:t xml:space="preserve"> social worker will:</w:t>
      </w:r>
    </w:p>
    <w:p w14:paraId="243E29BC" w14:textId="25EB38E2" w:rsidR="00347AF8" w:rsidRPr="00031C97" w:rsidRDefault="008D2ECE" w:rsidP="00031C97">
      <w:pPr>
        <w:pStyle w:val="ListParagraph"/>
      </w:pPr>
      <w:r w:rsidRPr="00C60E6C">
        <w:t>talk through the report with you</w:t>
      </w:r>
      <w:r w:rsidR="009159FB" w:rsidRPr="00C60E6C">
        <w:t xml:space="preserve"> </w:t>
      </w:r>
      <w:r w:rsidR="009159FB" w:rsidRPr="00031C97">
        <w:t>and your child or young person</w:t>
      </w:r>
      <w:r w:rsidR="004A56E7" w:rsidRPr="00031C97">
        <w:t xml:space="preserve"> (as appropriate)</w:t>
      </w:r>
      <w:r w:rsidR="00347AF8" w:rsidRPr="00031C97">
        <w:t xml:space="preserve"> and </w:t>
      </w:r>
      <w:r w:rsidRPr="00031C97">
        <w:t>explain the recommendations</w:t>
      </w:r>
    </w:p>
    <w:p w14:paraId="2BF8F6DB" w14:textId="77777777" w:rsidR="000508F6" w:rsidRPr="00C8789D" w:rsidRDefault="00347AF8" w:rsidP="00031C97">
      <w:pPr>
        <w:pStyle w:val="ListParagraph"/>
        <w:rPr>
          <w:rFonts w:cstheme="majorBidi"/>
        </w:rPr>
      </w:pPr>
      <w:r w:rsidRPr="00031C97">
        <w:t xml:space="preserve">share </w:t>
      </w:r>
      <w:r w:rsidR="001055CF" w:rsidRPr="00031C97">
        <w:t xml:space="preserve">relevant </w:t>
      </w:r>
      <w:r w:rsidRPr="00031C97">
        <w:t>inform</w:t>
      </w:r>
      <w:r w:rsidR="001055CF" w:rsidRPr="00031C97">
        <w:t>ation</w:t>
      </w:r>
      <w:r w:rsidR="0095431F" w:rsidRPr="00031C97">
        <w:t xml:space="preserve"> with </w:t>
      </w:r>
      <w:r w:rsidR="0095431F" w:rsidRPr="00C60E6C">
        <w:t xml:space="preserve">your child or young person’s </w:t>
      </w:r>
      <w:r w:rsidR="00BF77E5" w:rsidRPr="00C60E6C">
        <w:t>care</w:t>
      </w:r>
      <w:r w:rsidR="0099791E" w:rsidRPr="00C60E6C">
        <w:t>giver</w:t>
      </w:r>
      <w:r w:rsidR="000B7454" w:rsidRPr="00C60E6C">
        <w:t xml:space="preserve"> to support </w:t>
      </w:r>
      <w:r w:rsidR="009907FA" w:rsidRPr="00C60E6C">
        <w:t xml:space="preserve">their </w:t>
      </w:r>
      <w:r w:rsidR="00000D1E" w:rsidRPr="00C60E6C">
        <w:t>care.</w:t>
      </w:r>
    </w:p>
    <w:p w14:paraId="2012D52C" w14:textId="44851E8A" w:rsidR="00B429C9" w:rsidRDefault="00FA266B" w:rsidP="00C8789D">
      <w:r w:rsidRPr="00C60E6C">
        <w:t>Once agreement is reached about the services needed to help your child or young person</w:t>
      </w:r>
      <w:r w:rsidR="00031C97">
        <w:t>,</w:t>
      </w:r>
      <w:r w:rsidRPr="00C60E6C">
        <w:t xml:space="preserve"> your consent will be required before referring to these services</w:t>
      </w:r>
      <w:r w:rsidR="00F314B3" w:rsidRPr="00C60E6C">
        <w:t>.</w:t>
      </w:r>
    </w:p>
    <w:p w14:paraId="5DC3BD77" w14:textId="34BA0FC7" w:rsidR="003A458E" w:rsidRPr="00B429C9" w:rsidRDefault="003A458E" w:rsidP="0019016B">
      <w:pPr>
        <w:pStyle w:val="Heading2"/>
      </w:pPr>
      <w:r w:rsidRPr="00C60E6C">
        <w:t xml:space="preserve">Information </w:t>
      </w:r>
      <w:r w:rsidR="00031C97">
        <w:t>s</w:t>
      </w:r>
      <w:r w:rsidRPr="00C60E6C">
        <w:t>haring</w:t>
      </w:r>
    </w:p>
    <w:p w14:paraId="7DBD25C6" w14:textId="4D94E32D" w:rsidR="00CC2B13" w:rsidRPr="00C60E6C" w:rsidRDefault="004D688E" w:rsidP="00031C97">
      <w:pPr>
        <w:rPr>
          <w:rFonts w:cstheme="majorBidi"/>
        </w:rPr>
      </w:pPr>
      <w:r w:rsidRPr="00C60E6C">
        <w:t>Under New Zealand privacy law</w:t>
      </w:r>
      <w:r w:rsidR="00031C97">
        <w:t>,</w:t>
      </w:r>
      <w:r w:rsidR="00CD0BBD" w:rsidRPr="00C60E6C">
        <w:t xml:space="preserve"> </w:t>
      </w:r>
      <w:r w:rsidR="008009D1" w:rsidRPr="00C60E6C">
        <w:t xml:space="preserve">your </w:t>
      </w:r>
      <w:r w:rsidRPr="00C60E6C">
        <w:t xml:space="preserve">information </w:t>
      </w:r>
      <w:r w:rsidR="008009D1" w:rsidRPr="00C60E6C">
        <w:t xml:space="preserve">and information </w:t>
      </w:r>
      <w:r w:rsidRPr="00C60E6C">
        <w:t xml:space="preserve">about your child or young person </w:t>
      </w:r>
      <w:r w:rsidR="009C570D" w:rsidRPr="00C60E6C">
        <w:t xml:space="preserve">must be kept secure. </w:t>
      </w:r>
      <w:r w:rsidR="0006568E" w:rsidRPr="00C60E6C">
        <w:t xml:space="preserve">We </w:t>
      </w:r>
      <w:r w:rsidR="00A734D6" w:rsidRPr="00C60E6C">
        <w:t>can</w:t>
      </w:r>
      <w:r w:rsidR="0006568E" w:rsidRPr="00C60E6C">
        <w:t xml:space="preserve"> share information about your child or young person that has been gathered through the </w:t>
      </w:r>
      <w:r w:rsidR="00031C97">
        <w:t>g</w:t>
      </w:r>
      <w:r w:rsidR="0006568E" w:rsidRPr="00C60E6C">
        <w:t>ateway process where that information sharing will support the safety and wellbeing of your child or young person.</w:t>
      </w:r>
    </w:p>
    <w:p w14:paraId="567D3695" w14:textId="275BC29A" w:rsidR="009C570D" w:rsidRPr="00C60E6C" w:rsidRDefault="009C570D" w:rsidP="00C8789D">
      <w:r w:rsidRPr="00C60E6C">
        <w:t xml:space="preserve">We will consult </w:t>
      </w:r>
      <w:r w:rsidR="00031C97">
        <w:t>before</w:t>
      </w:r>
      <w:r w:rsidRPr="00C60E6C">
        <w:t xml:space="preserve"> sharing </w:t>
      </w:r>
      <w:r w:rsidR="00965453" w:rsidRPr="00C60E6C">
        <w:t>information</w:t>
      </w:r>
      <w:r w:rsidRPr="00C60E6C">
        <w:t xml:space="preserve"> wherever possible.</w:t>
      </w:r>
    </w:p>
    <w:p w14:paraId="5BFF5E3C" w14:textId="218F7965" w:rsidR="00BC132A" w:rsidRPr="00C60E6C" w:rsidRDefault="00710AC4" w:rsidP="0019016B">
      <w:pPr>
        <w:pStyle w:val="Heading2"/>
      </w:pPr>
      <w:r w:rsidRPr="00C60E6C">
        <w:lastRenderedPageBreak/>
        <w:t>What happens if I don’t consent?</w:t>
      </w:r>
    </w:p>
    <w:p w14:paraId="6A9C5640" w14:textId="377863F4" w:rsidR="005026EB" w:rsidRPr="00C60E6C" w:rsidRDefault="00BC132A" w:rsidP="00C8789D">
      <w:r w:rsidRPr="00C60E6C">
        <w:t xml:space="preserve">If you decide not to consent, </w:t>
      </w:r>
      <w:r w:rsidR="000D5F05" w:rsidRPr="00C60E6C">
        <w:t xml:space="preserve">a formal </w:t>
      </w:r>
      <w:r w:rsidR="002B67F5" w:rsidRPr="00C60E6C">
        <w:t>gateway assessment will not go ahead</w:t>
      </w:r>
      <w:r w:rsidR="005026EB" w:rsidRPr="00C60E6C">
        <w:t>.</w:t>
      </w:r>
    </w:p>
    <w:p w14:paraId="62AA2BF1" w14:textId="6AF42686" w:rsidR="001D4BE5" w:rsidRPr="00C60E6C" w:rsidRDefault="000D5F05" w:rsidP="00C8789D">
      <w:r w:rsidRPr="00C60E6C">
        <w:t xml:space="preserve">However, a </w:t>
      </w:r>
      <w:r w:rsidR="00C25FF9" w:rsidRPr="00C60E6C">
        <w:t xml:space="preserve">social worker </w:t>
      </w:r>
      <w:r w:rsidR="002A6466" w:rsidRPr="00C60E6C">
        <w:t>may</w:t>
      </w:r>
      <w:r w:rsidR="00C25FF9" w:rsidRPr="00C60E6C">
        <w:t xml:space="preserve"> still </w:t>
      </w:r>
      <w:r w:rsidR="00743E72" w:rsidRPr="00C60E6C">
        <w:t xml:space="preserve">be able to </w:t>
      </w:r>
      <w:r w:rsidR="00C25FF9" w:rsidRPr="00C60E6C">
        <w:t xml:space="preserve">support you to arrange </w:t>
      </w:r>
      <w:r w:rsidR="00C94453" w:rsidRPr="00C60E6C">
        <w:t xml:space="preserve">a medical check </w:t>
      </w:r>
      <w:r w:rsidR="00705F4D" w:rsidRPr="00C60E6C">
        <w:t>for your child or young person</w:t>
      </w:r>
      <w:r w:rsidR="00743E72" w:rsidRPr="00C60E6C">
        <w:t xml:space="preserve"> </w:t>
      </w:r>
      <w:r w:rsidR="00FE2119" w:rsidRPr="00C60E6C">
        <w:t xml:space="preserve">with a GP or another </w:t>
      </w:r>
      <w:r w:rsidR="00A044C3" w:rsidRPr="00C60E6C">
        <w:t>doctor</w:t>
      </w:r>
      <w:r w:rsidR="00D25D4B">
        <w:t>.</w:t>
      </w:r>
      <w:r w:rsidR="00A044C3" w:rsidRPr="00C60E6C">
        <w:t xml:space="preserve"> </w:t>
      </w:r>
      <w:r w:rsidR="00992AAF">
        <w:t xml:space="preserve">They </w:t>
      </w:r>
      <w:r w:rsidR="007535CA">
        <w:t xml:space="preserve">may also </w:t>
      </w:r>
      <w:r w:rsidR="008E0A1B" w:rsidRPr="00C60E6C">
        <w:t>speak to your chil</w:t>
      </w:r>
      <w:r w:rsidR="00570377" w:rsidRPr="00C60E6C">
        <w:t xml:space="preserve">d or young person’s </w:t>
      </w:r>
      <w:r w:rsidR="00B47C28" w:rsidRPr="00C60E6C">
        <w:t>school or early childhood teacher</w:t>
      </w:r>
      <w:r w:rsidR="00570377" w:rsidRPr="00C60E6C">
        <w:t xml:space="preserve"> </w:t>
      </w:r>
      <w:r w:rsidR="00E57DC9" w:rsidRPr="00C60E6C">
        <w:t xml:space="preserve">to </w:t>
      </w:r>
      <w:r w:rsidR="00570377" w:rsidRPr="00C60E6C">
        <w:t xml:space="preserve">help </w:t>
      </w:r>
      <w:r w:rsidR="00F314B3" w:rsidRPr="00C60E6C">
        <w:t>them</w:t>
      </w:r>
      <w:r w:rsidR="00570377" w:rsidRPr="00C60E6C">
        <w:t xml:space="preserve"> </w:t>
      </w:r>
      <w:r w:rsidR="00E57DC9" w:rsidRPr="00C60E6C">
        <w:t xml:space="preserve">understand </w:t>
      </w:r>
      <w:r w:rsidR="00E24EF2" w:rsidRPr="00C60E6C">
        <w:t>their education or learning needs</w:t>
      </w:r>
      <w:r w:rsidR="00F314B3" w:rsidRPr="00C60E6C">
        <w:t>.</w:t>
      </w:r>
      <w:r w:rsidR="0075421F" w:rsidRPr="00C60E6C">
        <w:t xml:space="preserve"> </w:t>
      </w:r>
      <w:r w:rsidR="001A4CF2" w:rsidRPr="00C60E6C">
        <w:t>H</w:t>
      </w:r>
      <w:r w:rsidR="0075421F" w:rsidRPr="00C60E6C">
        <w:t>owever</w:t>
      </w:r>
      <w:r w:rsidR="00B17232" w:rsidRPr="00C60E6C">
        <w:t>,</w:t>
      </w:r>
      <w:r w:rsidR="0075421F" w:rsidRPr="00C60E6C">
        <w:t xml:space="preserve"> </w:t>
      </w:r>
      <w:r w:rsidR="002F32C2" w:rsidRPr="00C60E6C">
        <w:t xml:space="preserve">this will not </w:t>
      </w:r>
      <w:r w:rsidR="001A4CF2" w:rsidRPr="00C60E6C">
        <w:t xml:space="preserve">result in a </w:t>
      </w:r>
      <w:r w:rsidR="00643514" w:rsidRPr="00C60E6C">
        <w:t xml:space="preserve">combined overview of recommendations for </w:t>
      </w:r>
      <w:r w:rsidR="000213C6" w:rsidRPr="00C60E6C">
        <w:t>referrals to services to support any identified nee</w:t>
      </w:r>
      <w:r w:rsidR="00B17232" w:rsidRPr="00C60E6C">
        <w:t>ds</w:t>
      </w:r>
      <w:r w:rsidR="00FB4F65" w:rsidRPr="00C60E6C">
        <w:t>.</w:t>
      </w:r>
    </w:p>
    <w:p w14:paraId="46FBB99B" w14:textId="65C8D6A3" w:rsidR="008C7998" w:rsidRPr="00C60E6C" w:rsidRDefault="007129AE" w:rsidP="00C8789D">
      <w:r w:rsidRPr="00C60E6C">
        <w:t xml:space="preserve">If you change your mind, you are welcome to consent to your child or young person </w:t>
      </w:r>
      <w:r w:rsidR="008C7998" w:rsidRPr="00C60E6C">
        <w:t>having a gateway assessment later</w:t>
      </w:r>
      <w:r w:rsidR="000F4509" w:rsidRPr="00C60E6C">
        <w:t>.</w:t>
      </w:r>
    </w:p>
    <w:p w14:paraId="65C1B14F" w14:textId="6DC3F209" w:rsidR="006E6A6F" w:rsidRPr="00C60E6C" w:rsidRDefault="009268AB" w:rsidP="0019016B">
      <w:pPr>
        <w:pStyle w:val="Heading2"/>
      </w:pPr>
      <w:r w:rsidRPr="00C60E6C">
        <w:t xml:space="preserve">Can I change my mind about consent once the assessment </w:t>
      </w:r>
      <w:r w:rsidR="008301DE" w:rsidRPr="00C60E6C">
        <w:t>is underway?</w:t>
      </w:r>
    </w:p>
    <w:p w14:paraId="1E94FC65" w14:textId="0FEEEAF2" w:rsidR="00DE7E7A" w:rsidRPr="00C60E6C" w:rsidRDefault="0032699C" w:rsidP="00C8789D">
      <w:pPr>
        <w:rPr>
          <w:rFonts w:cs="Poppins"/>
        </w:rPr>
      </w:pPr>
      <w:r w:rsidRPr="00C60E6C">
        <w:t>Yes,</w:t>
      </w:r>
      <w:r w:rsidR="00214CC9" w:rsidRPr="00C60E6C">
        <w:t xml:space="preserve"> you can change</w:t>
      </w:r>
      <w:r w:rsidR="6132EB33" w:rsidRPr="00C60E6C">
        <w:t xml:space="preserve"> your</w:t>
      </w:r>
      <w:r w:rsidR="00214CC9" w:rsidRPr="00C60E6C">
        <w:t xml:space="preserve"> mind and withdraw consent at any time</w:t>
      </w:r>
      <w:r w:rsidR="00031C97">
        <w:t xml:space="preserve"> –</w:t>
      </w:r>
      <w:r w:rsidR="00395F4A" w:rsidRPr="00C60E6C">
        <w:t xml:space="preserve"> just tell your </w:t>
      </w:r>
      <w:r w:rsidR="006E332F" w:rsidRPr="00C60E6C">
        <w:t xml:space="preserve">child or young person’s </w:t>
      </w:r>
      <w:r w:rsidR="00395F4A" w:rsidRPr="00C60E6C">
        <w:t xml:space="preserve">social worker or </w:t>
      </w:r>
      <w:r w:rsidR="006E332F" w:rsidRPr="00C60E6C">
        <w:t xml:space="preserve">the </w:t>
      </w:r>
      <w:r w:rsidR="003504CD" w:rsidRPr="00C60E6C">
        <w:t>g</w:t>
      </w:r>
      <w:r w:rsidR="00395F4A" w:rsidRPr="00C60E6C">
        <w:t>ateway coordinator</w:t>
      </w:r>
      <w:r w:rsidR="00AE6967" w:rsidRPr="00C60E6C">
        <w:t>.</w:t>
      </w:r>
      <w:r w:rsidR="00395F4A" w:rsidRPr="00C60E6C">
        <w:t xml:space="preserve"> </w:t>
      </w:r>
      <w:r w:rsidR="00D80C15" w:rsidRPr="00C60E6C">
        <w:rPr>
          <w:rFonts w:cs="Poppins"/>
        </w:rPr>
        <w:t xml:space="preserve">If you withdraw consent after the process has started, </w:t>
      </w:r>
      <w:r w:rsidR="008740AF" w:rsidRPr="00C60E6C">
        <w:rPr>
          <w:rFonts w:cs="Poppins"/>
        </w:rPr>
        <w:t>the gateway process will end.</w:t>
      </w:r>
    </w:p>
    <w:p w14:paraId="7183BE9D" w14:textId="3C433EDD" w:rsidR="00DE7E7A" w:rsidRPr="00C60E6C" w:rsidRDefault="00DE7E7A" w:rsidP="00C8789D">
      <w:pPr>
        <w:rPr>
          <w:rFonts w:cstheme="majorBidi"/>
        </w:rPr>
      </w:pPr>
      <w:r w:rsidRPr="00C60E6C">
        <w:t xml:space="preserve">Oranga Tamariki can still request information about your child or young person from places like their school or early learning centre, Health New Zealand, </w:t>
      </w:r>
      <w:r w:rsidRPr="00C60E6C">
        <w:rPr>
          <w:rFonts w:cstheme="majorBidi"/>
        </w:rPr>
        <w:t xml:space="preserve">and </w:t>
      </w:r>
      <w:r w:rsidRPr="00C60E6C">
        <w:t xml:space="preserve">Plunket to help us </w:t>
      </w:r>
      <w:r w:rsidRPr="00C60E6C">
        <w:rPr>
          <w:rFonts w:cstheme="majorBidi"/>
        </w:rPr>
        <w:t>understand your child or young person’s needs</w:t>
      </w:r>
      <w:r w:rsidR="00866B77" w:rsidRPr="00C60E6C">
        <w:t>.</w:t>
      </w:r>
      <w:r w:rsidRPr="00C60E6C">
        <w:t xml:space="preserve"> </w:t>
      </w:r>
      <w:r w:rsidR="008E4036" w:rsidRPr="00C60E6C">
        <w:t xml:space="preserve">They may then be able to </w:t>
      </w:r>
      <w:r w:rsidRPr="00C60E6C">
        <w:t>work with you to make plans to support them.</w:t>
      </w:r>
    </w:p>
    <w:p w14:paraId="21E40BF6" w14:textId="7ACF6CE3" w:rsidR="006B7F7E" w:rsidRDefault="00D80C15" w:rsidP="00C8789D">
      <w:r w:rsidRPr="00C60E6C">
        <w:t>The team will explain</w:t>
      </w:r>
      <w:r w:rsidR="00256ED8" w:rsidRPr="00C60E6C">
        <w:t xml:space="preserve"> what will happen to information already collected</w:t>
      </w:r>
      <w:r w:rsidR="00005ABD" w:rsidRPr="00C60E6C">
        <w:t xml:space="preserve"> through the gateway assessment process</w:t>
      </w:r>
      <w:r w:rsidR="00102D75" w:rsidRPr="00C60E6C">
        <w:t xml:space="preserve">, </w:t>
      </w:r>
      <w:r w:rsidR="00470E17" w:rsidRPr="00C60E6C">
        <w:t xml:space="preserve">including </w:t>
      </w:r>
      <w:r w:rsidR="00102D75" w:rsidRPr="00C60E6C">
        <w:t xml:space="preserve">whether it will be kept on file, </w:t>
      </w:r>
      <w:r w:rsidRPr="00C60E6C">
        <w:t>and who can access it.</w:t>
      </w:r>
    </w:p>
    <w:p w14:paraId="7975E801" w14:textId="582FAC51" w:rsidR="00743725" w:rsidRPr="00743725" w:rsidRDefault="00743725" w:rsidP="0019016B">
      <w:pPr>
        <w:pStyle w:val="Heading2"/>
      </w:pPr>
      <w:r w:rsidRPr="00743725">
        <w:t xml:space="preserve">Your </w:t>
      </w:r>
      <w:r>
        <w:t>p</w:t>
      </w:r>
      <w:r w:rsidRPr="00743725">
        <w:t xml:space="preserve">rivacy </w:t>
      </w:r>
      <w:r>
        <w:t>r</w:t>
      </w:r>
      <w:r w:rsidRPr="00743725">
        <w:t>ights</w:t>
      </w:r>
    </w:p>
    <w:p w14:paraId="3B525C5C" w14:textId="276F9BB2" w:rsidR="00743725" w:rsidRPr="00C60E6C" w:rsidRDefault="00743725" w:rsidP="00C8789D">
      <w:r w:rsidRPr="00C60E6C">
        <w:t>You have the right to ask Oranga Tamariki, Health New Zealand or the Ministry of Education for access to any personal information they hold about you and your child or young person. You can also ask them to correct that information if you think it is wrong or incomplete.</w:t>
      </w:r>
    </w:p>
    <w:p w14:paraId="61AE01C6" w14:textId="77777777" w:rsidR="00743725" w:rsidRPr="00743725" w:rsidRDefault="00743725" w:rsidP="0019016B">
      <w:pPr>
        <w:pStyle w:val="Heading2"/>
      </w:pPr>
      <w:r w:rsidRPr="00743725">
        <w:t>Need help or have questions?</w:t>
      </w:r>
    </w:p>
    <w:p w14:paraId="51670D4B" w14:textId="4E7C76DE" w:rsidR="00743725" w:rsidRDefault="00743725" w:rsidP="00C8789D">
      <w:pPr>
        <w:rPr>
          <w:lang w:val="en-US"/>
        </w:rPr>
      </w:pPr>
      <w:r w:rsidRPr="00C60E6C">
        <w:t xml:space="preserve">You can talk to your child or young person’s social worker, </w:t>
      </w:r>
      <w:r w:rsidR="00031C97">
        <w:t xml:space="preserve">or </w:t>
      </w:r>
      <w:r w:rsidRPr="00C60E6C">
        <w:t xml:space="preserve">health or education worker. You can also call </w:t>
      </w:r>
      <w:r w:rsidR="00CC2B00" w:rsidRPr="00CC2B00">
        <w:rPr>
          <w:lang w:val="en-US"/>
        </w:rPr>
        <w:t xml:space="preserve">Oranga Tamariki at 0508 326 459 or email </w:t>
      </w:r>
      <w:hyperlink r:id="rId7" w:tgtFrame="_blank" w:history="1">
        <w:r w:rsidR="00CC2B00" w:rsidRPr="00CC2B00">
          <w:rPr>
            <w:rStyle w:val="Hyperlink"/>
            <w:lang w:val="en-US"/>
          </w:rPr>
          <w:t>contact@ot.govt.nz</w:t>
        </w:r>
      </w:hyperlink>
    </w:p>
    <w:p w14:paraId="5B217F88" w14:textId="77777777" w:rsidR="00031C97" w:rsidRDefault="00031C97" w:rsidP="0019016B">
      <w:pPr>
        <w:pStyle w:val="Heading2"/>
      </w:pPr>
      <w:r>
        <w:br w:type="page"/>
      </w:r>
    </w:p>
    <w:p w14:paraId="4162F8EA" w14:textId="5CB65D2D" w:rsidR="00494005" w:rsidRPr="00494005" w:rsidRDefault="00494005" w:rsidP="0019016B">
      <w:pPr>
        <w:pStyle w:val="Heading2"/>
      </w:pPr>
      <w:r w:rsidRPr="00494005">
        <w:lastRenderedPageBreak/>
        <w:t>Terms you may hear used during the gateway assessment process</w:t>
      </w:r>
    </w:p>
    <w:p w14:paraId="0CF3F297" w14:textId="2F266BBC" w:rsidR="00494005" w:rsidRPr="00494005" w:rsidRDefault="00494005" w:rsidP="00031C97">
      <w:pPr>
        <w:pStyle w:val="ListParagraph"/>
        <w:pBdr>
          <w:top w:val="single" w:sz="4" w:space="1" w:color="auto"/>
          <w:left w:val="single" w:sz="4" w:space="4" w:color="auto"/>
          <w:bottom w:val="single" w:sz="4" w:space="1" w:color="auto"/>
          <w:right w:val="single" w:sz="4" w:space="4" w:color="auto"/>
        </w:pBdr>
      </w:pPr>
      <w:r w:rsidRPr="00031C97">
        <w:rPr>
          <w:lang w:val="en-US"/>
        </w:rPr>
        <w:t xml:space="preserve">A </w:t>
      </w:r>
      <w:r w:rsidRPr="00C8789D">
        <w:rPr>
          <w:b/>
          <w:bCs/>
          <w:lang w:val="en-US"/>
        </w:rPr>
        <w:t>gateway health professional</w:t>
      </w:r>
      <w:r w:rsidRPr="00C8789D">
        <w:rPr>
          <w:lang w:val="en-US"/>
        </w:rPr>
        <w:t xml:space="preserve"> – the doctor or nurse specialist who will complete the health assessment.</w:t>
      </w:r>
    </w:p>
    <w:p w14:paraId="05AE4C92" w14:textId="6BF4126C" w:rsidR="00494005" w:rsidRPr="00494005" w:rsidRDefault="00494005" w:rsidP="00031C97">
      <w:pPr>
        <w:pStyle w:val="ListParagraph"/>
        <w:pBdr>
          <w:top w:val="single" w:sz="4" w:space="1" w:color="auto"/>
          <w:left w:val="single" w:sz="4" w:space="4" w:color="auto"/>
          <w:bottom w:val="single" w:sz="4" w:space="1" w:color="auto"/>
          <w:right w:val="single" w:sz="4" w:space="4" w:color="auto"/>
        </w:pBdr>
      </w:pPr>
      <w:r w:rsidRPr="00C8789D">
        <w:rPr>
          <w:b/>
          <w:bCs/>
          <w:lang w:val="en-US"/>
        </w:rPr>
        <w:t xml:space="preserve">RTLB </w:t>
      </w:r>
      <w:r w:rsidRPr="00C8789D">
        <w:rPr>
          <w:lang w:val="en-US"/>
        </w:rPr>
        <w:t>– Resource Teacher</w:t>
      </w:r>
      <w:r w:rsidR="00031C97">
        <w:rPr>
          <w:lang w:val="en-US"/>
        </w:rPr>
        <w:t>:</w:t>
      </w:r>
      <w:r w:rsidRPr="00C8789D">
        <w:rPr>
          <w:lang w:val="en-US"/>
        </w:rPr>
        <w:t xml:space="preserve"> Learning and </w:t>
      </w:r>
      <w:proofErr w:type="spellStart"/>
      <w:r w:rsidRPr="00C8789D">
        <w:rPr>
          <w:lang w:val="en-US"/>
        </w:rPr>
        <w:t>Behaviour</w:t>
      </w:r>
      <w:proofErr w:type="spellEnd"/>
      <w:r w:rsidRPr="00C8789D">
        <w:rPr>
          <w:lang w:val="en-US"/>
        </w:rPr>
        <w:t xml:space="preserve"> – schools have RTLBs attached to them to provide special support.</w:t>
      </w:r>
    </w:p>
    <w:p w14:paraId="0ABC3BFB" w14:textId="6CFAD167" w:rsidR="00494005" w:rsidRPr="00494005" w:rsidRDefault="00494005" w:rsidP="00031C97">
      <w:pPr>
        <w:pStyle w:val="ListParagraph"/>
        <w:pBdr>
          <w:top w:val="single" w:sz="4" w:space="1" w:color="auto"/>
          <w:left w:val="single" w:sz="4" w:space="4" w:color="auto"/>
          <w:bottom w:val="single" w:sz="4" w:space="1" w:color="auto"/>
          <w:right w:val="single" w:sz="4" w:space="4" w:color="auto"/>
        </w:pBdr>
      </w:pPr>
      <w:r w:rsidRPr="00C8789D">
        <w:rPr>
          <w:b/>
          <w:bCs/>
          <w:lang w:val="en-US"/>
        </w:rPr>
        <w:t xml:space="preserve">Education profile </w:t>
      </w:r>
      <w:r w:rsidR="00031C97">
        <w:rPr>
          <w:lang w:val="en-US"/>
        </w:rPr>
        <w:t>– t</w:t>
      </w:r>
      <w:r w:rsidRPr="00C8789D">
        <w:rPr>
          <w:lang w:val="en-US"/>
        </w:rPr>
        <w:t>he education profile is an assessment about your</w:t>
      </w:r>
      <w:r w:rsidR="0019016B">
        <w:rPr>
          <w:lang w:val="en-US"/>
        </w:rPr>
        <w:t xml:space="preserve"> child/young person’s</w:t>
      </w:r>
      <w:r w:rsidRPr="00C8789D">
        <w:rPr>
          <w:lang w:val="en-US"/>
        </w:rPr>
        <w:t xml:space="preserve"> learning usually completed by the RTLB and the school principal.</w:t>
      </w:r>
    </w:p>
    <w:p w14:paraId="7255D5D6" w14:textId="737DB58C" w:rsidR="00494005" w:rsidRPr="00494005" w:rsidRDefault="00494005" w:rsidP="00031C97">
      <w:pPr>
        <w:pStyle w:val="ListParagraph"/>
        <w:pBdr>
          <w:top w:val="single" w:sz="4" w:space="1" w:color="auto"/>
          <w:left w:val="single" w:sz="4" w:space="4" w:color="auto"/>
          <w:bottom w:val="single" w:sz="4" w:space="1" w:color="auto"/>
          <w:right w:val="single" w:sz="4" w:space="4" w:color="auto"/>
        </w:pBdr>
      </w:pPr>
      <w:r w:rsidRPr="00C8789D">
        <w:rPr>
          <w:b/>
          <w:bCs/>
          <w:lang w:val="en-US"/>
        </w:rPr>
        <w:t xml:space="preserve">Gateway Coordinator </w:t>
      </w:r>
      <w:r w:rsidRPr="00C8789D">
        <w:rPr>
          <w:lang w:val="en-US"/>
        </w:rPr>
        <w:t xml:space="preserve">– </w:t>
      </w:r>
      <w:r w:rsidR="00031C97">
        <w:rPr>
          <w:lang w:val="en-US"/>
        </w:rPr>
        <w:t>t</w:t>
      </w:r>
      <w:r w:rsidRPr="00C8789D">
        <w:rPr>
          <w:lang w:val="en-US"/>
        </w:rPr>
        <w:t>he gateway coordinator is contracted by health to pull together the information from the health and education and to make suggestions (recommendations) about help or services that might be helpful for you</w:t>
      </w:r>
      <w:r w:rsidR="0019016B">
        <w:rPr>
          <w:lang w:val="en-US"/>
        </w:rPr>
        <w:t>r child/young person</w:t>
      </w:r>
      <w:r w:rsidRPr="00C8789D">
        <w:rPr>
          <w:lang w:val="en-US"/>
        </w:rPr>
        <w:t>.</w:t>
      </w:r>
    </w:p>
    <w:p w14:paraId="61F961C9" w14:textId="466ECB21" w:rsidR="00494005" w:rsidRPr="00494005" w:rsidRDefault="00494005" w:rsidP="00031C97">
      <w:pPr>
        <w:pStyle w:val="ListParagraph"/>
        <w:pBdr>
          <w:top w:val="single" w:sz="4" w:space="1" w:color="auto"/>
          <w:left w:val="single" w:sz="4" w:space="4" w:color="auto"/>
          <w:bottom w:val="single" w:sz="4" w:space="1" w:color="auto"/>
          <w:right w:val="single" w:sz="4" w:space="4" w:color="auto"/>
        </w:pBdr>
      </w:pPr>
      <w:r w:rsidRPr="00C8789D">
        <w:rPr>
          <w:b/>
          <w:bCs/>
          <w:lang w:val="en-US"/>
        </w:rPr>
        <w:t xml:space="preserve">Education and Health Services </w:t>
      </w:r>
      <w:r w:rsidRPr="00C8789D">
        <w:rPr>
          <w:lang w:val="en-US"/>
        </w:rPr>
        <w:t>– these are supports that are related to education or health and may include things such as extra teacher aide support, learning support, hearing aids, counselling.</w:t>
      </w:r>
    </w:p>
    <w:p w14:paraId="37293D5A" w14:textId="08ECF3AC" w:rsidR="00494005" w:rsidRPr="00494005" w:rsidRDefault="00494005" w:rsidP="00031C97">
      <w:pPr>
        <w:pStyle w:val="ListParagraph"/>
        <w:pBdr>
          <w:top w:val="single" w:sz="4" w:space="1" w:color="auto"/>
          <w:left w:val="single" w:sz="4" w:space="4" w:color="auto"/>
          <w:bottom w:val="single" w:sz="4" w:space="1" w:color="auto"/>
          <w:right w:val="single" w:sz="4" w:space="4" w:color="auto"/>
        </w:pBdr>
      </w:pPr>
      <w:r w:rsidRPr="00C8789D">
        <w:rPr>
          <w:b/>
          <w:bCs/>
          <w:lang w:val="en-US"/>
        </w:rPr>
        <w:t xml:space="preserve">Consent </w:t>
      </w:r>
      <w:r w:rsidRPr="00C8789D">
        <w:rPr>
          <w:lang w:val="en-US"/>
        </w:rPr>
        <w:t>– to agree</w:t>
      </w:r>
      <w:r w:rsidR="00031C97">
        <w:rPr>
          <w:lang w:val="en-US"/>
        </w:rPr>
        <w:t>.</w:t>
      </w:r>
    </w:p>
    <w:p w14:paraId="17A301CB" w14:textId="3F8E91F8" w:rsidR="00B9329D" w:rsidRPr="00C60E6C" w:rsidRDefault="006E6A6F" w:rsidP="0019016B">
      <w:pPr>
        <w:pStyle w:val="Heading2"/>
      </w:pPr>
      <w:r w:rsidRPr="32A5A555">
        <w:t>Consent</w:t>
      </w:r>
    </w:p>
    <w:p w14:paraId="26A978EF" w14:textId="77777777" w:rsidR="00457256" w:rsidRDefault="00227F8A" w:rsidP="00C8789D">
      <w:r w:rsidRPr="00C60E6C">
        <w:t xml:space="preserve">Please tick the </w:t>
      </w:r>
      <w:r w:rsidR="00031AF0" w:rsidRPr="00C60E6C">
        <w:t>box</w:t>
      </w:r>
      <w:r w:rsidR="004E5972" w:rsidRPr="00C60E6C">
        <w:t xml:space="preserve"> </w:t>
      </w:r>
      <w:r w:rsidR="00031AF0" w:rsidRPr="00C60E6C">
        <w:t>and</w:t>
      </w:r>
      <w:r w:rsidRPr="00C60E6C">
        <w:t xml:space="preserve"> </w:t>
      </w:r>
      <w:r w:rsidR="002B6F3E" w:rsidRPr="00C60E6C">
        <w:t>sign</w:t>
      </w:r>
      <w:r w:rsidR="00E17873" w:rsidRPr="00C60E6C">
        <w:t xml:space="preserve"> </w:t>
      </w:r>
      <w:r w:rsidRPr="00C60E6C">
        <w:t>below if you</w:t>
      </w:r>
      <w:r w:rsidR="00895184" w:rsidRPr="00C60E6C">
        <w:t xml:space="preserve"> agree</w:t>
      </w:r>
      <w:r w:rsidRPr="00C60E6C">
        <w:t xml:space="preserve"> for </w:t>
      </w:r>
      <w:r w:rsidR="00592783" w:rsidRPr="00C60E6C">
        <w:t xml:space="preserve">a </w:t>
      </w:r>
      <w:r w:rsidR="00CD2E9A" w:rsidRPr="00C60E6C">
        <w:t xml:space="preserve">gateway assessment </w:t>
      </w:r>
      <w:r w:rsidR="00EA28C6" w:rsidRPr="00C60E6C">
        <w:t xml:space="preserve">to be </w:t>
      </w:r>
    </w:p>
    <w:p w14:paraId="166EEB8C" w14:textId="18A25527" w:rsidR="00D92E44" w:rsidRPr="00C60E6C" w:rsidRDefault="00EA28C6" w:rsidP="00C8789D">
      <w:r w:rsidRPr="00C60E6C">
        <w:t xml:space="preserve">completed </w:t>
      </w:r>
      <w:r w:rsidR="00DB3D5F" w:rsidRPr="00C60E6C">
        <w:t xml:space="preserve">for </w:t>
      </w:r>
      <w:r w:rsidR="002D68BE" w:rsidRPr="00C60E6C">
        <w:t>…</w:t>
      </w:r>
      <w:r w:rsidR="00B37BE2">
        <w:t>……………………………</w:t>
      </w:r>
      <w:proofErr w:type="gramStart"/>
      <w:r w:rsidR="00B37BE2">
        <w:t>…..</w:t>
      </w:r>
      <w:proofErr w:type="gramEnd"/>
      <w:r w:rsidR="00744921" w:rsidRPr="00C60E6C">
        <w:t>….</w:t>
      </w:r>
      <w:r w:rsidR="002D68BE" w:rsidRPr="00C60E6C">
        <w:t>..</w:t>
      </w:r>
      <w:r w:rsidR="00031C97">
        <w:t xml:space="preserve"> [</w:t>
      </w:r>
      <w:r w:rsidR="002D68BE" w:rsidRPr="00C60E6C">
        <w:t>insert name of child or young person</w:t>
      </w:r>
      <w:r w:rsidR="00031C97">
        <w:t>]</w:t>
      </w:r>
      <w:r w:rsidR="00A62AF2" w:rsidRPr="00C60E6C">
        <w:t>.</w:t>
      </w:r>
    </w:p>
    <w:p w14:paraId="4C54ADE1" w14:textId="207491A4" w:rsidR="00DD3A32" w:rsidRPr="00C60E6C" w:rsidRDefault="00DD3A32" w:rsidP="00C8789D">
      <w:r w:rsidRPr="00C60E6C">
        <w:rPr>
          <w:rFonts w:cs="Segoe UI Symbol"/>
        </w:rPr>
        <w:t>☐</w:t>
      </w:r>
      <w:r w:rsidRPr="00C60E6C">
        <w:t xml:space="preserve"> Yes, I agree to a </w:t>
      </w:r>
      <w:r w:rsidR="00CD2E9A" w:rsidRPr="00C60E6C">
        <w:t>gateway assessment</w:t>
      </w:r>
      <w:r w:rsidR="00CF162B" w:rsidRPr="00C60E6C">
        <w:t xml:space="preserve"> and report</w:t>
      </w:r>
      <w:r w:rsidR="00CD2E9A" w:rsidRPr="00C60E6C">
        <w:t xml:space="preserve"> </w:t>
      </w:r>
      <w:r w:rsidR="00906BE2" w:rsidRPr="00C60E6C">
        <w:t>being completed for my child or young person</w:t>
      </w:r>
      <w:r w:rsidR="00663086" w:rsidRPr="00C60E6C">
        <w:t>, in accordance with the process</w:t>
      </w:r>
      <w:r w:rsidR="00906BE2" w:rsidRPr="00C60E6C">
        <w:t xml:space="preserve"> </w:t>
      </w:r>
      <w:r w:rsidR="00AE1C39" w:rsidRPr="00C60E6C">
        <w:t>as described in this consent form</w:t>
      </w:r>
      <w:r w:rsidR="00663086" w:rsidRPr="00C60E6C">
        <w:t>,</w:t>
      </w:r>
      <w:r w:rsidR="00AE1C39" w:rsidRPr="00C60E6C">
        <w:t xml:space="preserve"> </w:t>
      </w:r>
      <w:r w:rsidRPr="00C60E6C">
        <w:t>to help find out what support my child or young person might need.</w:t>
      </w:r>
    </w:p>
    <w:p w14:paraId="4422F376" w14:textId="5E6FBD93" w:rsidR="314A1C17" w:rsidRPr="00C60E6C" w:rsidRDefault="314A1C17" w:rsidP="00457256">
      <w:pPr>
        <w:spacing w:after="0"/>
      </w:pPr>
      <w:r w:rsidRPr="00C60E6C">
        <w:t>☐</w:t>
      </w:r>
      <w:r w:rsidR="1BC10BAD" w:rsidRPr="00C60E6C">
        <w:t xml:space="preserve"> I acknowledge that the recommendations and any relevant information</w:t>
      </w:r>
      <w:r w:rsidR="003730E4" w:rsidRPr="00C60E6C">
        <w:t xml:space="preserve"> gathered as part of the </w:t>
      </w:r>
      <w:r w:rsidR="0019016B">
        <w:t>g</w:t>
      </w:r>
      <w:r w:rsidR="003730E4" w:rsidRPr="00C60E6C">
        <w:t xml:space="preserve">ateway </w:t>
      </w:r>
      <w:r w:rsidR="0019016B">
        <w:t>a</w:t>
      </w:r>
      <w:r w:rsidR="003730E4" w:rsidRPr="00C60E6C">
        <w:t>ssessment</w:t>
      </w:r>
      <w:r w:rsidR="1BC10BAD" w:rsidRPr="00C60E6C">
        <w:t xml:space="preserve"> may be shared with:</w:t>
      </w:r>
    </w:p>
    <w:p w14:paraId="05713442" w14:textId="4CD0AE29" w:rsidR="1BC10BAD" w:rsidRPr="0019016B" w:rsidRDefault="0019016B" w:rsidP="00457256">
      <w:pPr>
        <w:pStyle w:val="ListParagraph"/>
        <w:spacing w:before="0" w:after="0"/>
      </w:pPr>
      <w:r>
        <w:t>h</w:t>
      </w:r>
      <w:r w:rsidR="1BC10BAD" w:rsidRPr="00C60E6C">
        <w:t>ealth</w:t>
      </w:r>
      <w:r w:rsidR="1BC10BAD" w:rsidRPr="0019016B">
        <w:t xml:space="preserve"> workers</w:t>
      </w:r>
    </w:p>
    <w:p w14:paraId="4F026314" w14:textId="732EF7B1" w:rsidR="1BC10BAD" w:rsidRPr="0019016B" w:rsidRDefault="0019016B" w:rsidP="00457256">
      <w:pPr>
        <w:pStyle w:val="ListParagraph"/>
        <w:spacing w:before="0" w:after="0"/>
      </w:pPr>
      <w:r w:rsidRPr="0019016B">
        <w:t>e</w:t>
      </w:r>
      <w:r w:rsidR="1BC10BAD" w:rsidRPr="0019016B">
        <w:t>ducation staff</w:t>
      </w:r>
    </w:p>
    <w:p w14:paraId="0A204472" w14:textId="2198B722" w:rsidR="1BC10BAD" w:rsidRPr="0019016B" w:rsidRDefault="0019016B" w:rsidP="00457256">
      <w:pPr>
        <w:pStyle w:val="ListParagraph"/>
        <w:spacing w:before="0" w:after="0"/>
      </w:pPr>
      <w:r w:rsidRPr="0019016B">
        <w:t>p</w:t>
      </w:r>
      <w:r w:rsidR="1BC10BAD" w:rsidRPr="0019016B">
        <w:t>eople who support your child or young person now or in the future</w:t>
      </w:r>
    </w:p>
    <w:p w14:paraId="485E0293" w14:textId="53593D7D" w:rsidR="0065442F" w:rsidRPr="00C60E6C" w:rsidRDefault="0019016B" w:rsidP="00457256">
      <w:pPr>
        <w:pStyle w:val="ListParagraph"/>
        <w:spacing w:before="0"/>
      </w:pPr>
      <w:r w:rsidRPr="0019016B">
        <w:t>a</w:t>
      </w:r>
      <w:r w:rsidR="0065442F" w:rsidRPr="0019016B">
        <w:t>ttende</w:t>
      </w:r>
      <w:r w:rsidR="0065442F" w:rsidRPr="00C60E6C">
        <w:t>es at a family group conference.</w:t>
      </w:r>
    </w:p>
    <w:p w14:paraId="072FFDFB" w14:textId="77777777" w:rsidR="00DC0DBC" w:rsidRDefault="00DC0DBC" w:rsidP="0019016B">
      <w:pPr>
        <w:tabs>
          <w:tab w:val="right" w:leader="underscore" w:pos="8640"/>
        </w:tabs>
      </w:pPr>
    </w:p>
    <w:p w14:paraId="6EBF58F4" w14:textId="7913C9C2" w:rsidR="00A8506F" w:rsidRPr="00C60E6C" w:rsidRDefault="00227F8A" w:rsidP="0019016B">
      <w:pPr>
        <w:tabs>
          <w:tab w:val="right" w:leader="underscore" w:pos="8640"/>
        </w:tabs>
      </w:pPr>
      <w:r w:rsidRPr="00C60E6C">
        <w:t xml:space="preserve">Your </w:t>
      </w:r>
      <w:r w:rsidR="0019016B">
        <w:t>n</w:t>
      </w:r>
      <w:r w:rsidRPr="00C60E6C">
        <w:t xml:space="preserve">ame: </w:t>
      </w:r>
      <w:r w:rsidR="0019016B">
        <w:tab/>
      </w:r>
    </w:p>
    <w:p w14:paraId="09883BCA" w14:textId="21D65E41" w:rsidR="0099087A" w:rsidRPr="00C60E6C" w:rsidRDefault="0010620D" w:rsidP="0019016B">
      <w:pPr>
        <w:tabs>
          <w:tab w:val="right" w:leader="underscore" w:pos="8640"/>
        </w:tabs>
      </w:pPr>
      <w:r w:rsidRPr="00C60E6C">
        <w:t xml:space="preserve">Your </w:t>
      </w:r>
      <w:r w:rsidR="0019016B">
        <w:t>c</w:t>
      </w:r>
      <w:r w:rsidRPr="00C60E6C">
        <w:t>hild/</w:t>
      </w:r>
      <w:r w:rsidR="0019016B">
        <w:t>y</w:t>
      </w:r>
      <w:r w:rsidRPr="00C60E6C">
        <w:t>ou</w:t>
      </w:r>
      <w:r w:rsidR="00740614" w:rsidRPr="00C60E6C">
        <w:t xml:space="preserve">ng </w:t>
      </w:r>
      <w:r w:rsidR="0019016B">
        <w:t>pe</w:t>
      </w:r>
      <w:r w:rsidR="00740614" w:rsidRPr="00C60E6C">
        <w:t>rson</w:t>
      </w:r>
      <w:r w:rsidR="00E8110D" w:rsidRPr="00C60E6C">
        <w:t>’</w:t>
      </w:r>
      <w:r w:rsidR="00740614" w:rsidRPr="00C60E6C">
        <w:t>s</w:t>
      </w:r>
      <w:r w:rsidRPr="00C60E6C">
        <w:t xml:space="preserve"> </w:t>
      </w:r>
      <w:r w:rsidR="00F46ADC" w:rsidRPr="00C60E6C">
        <w:t>name:</w:t>
      </w:r>
      <w:r w:rsidR="0099087A" w:rsidRPr="00C60E6C">
        <w:t xml:space="preserve"> </w:t>
      </w:r>
      <w:bookmarkStart w:id="0" w:name="_Hlk215126729"/>
      <w:r w:rsidR="0019016B">
        <w:tab/>
      </w:r>
    </w:p>
    <w:bookmarkEnd w:id="0"/>
    <w:p w14:paraId="368258E1" w14:textId="37EAABFF" w:rsidR="00740614" w:rsidRPr="00C60E6C" w:rsidRDefault="00740614" w:rsidP="0019016B">
      <w:pPr>
        <w:tabs>
          <w:tab w:val="right" w:leader="underscore" w:pos="8640"/>
        </w:tabs>
      </w:pPr>
      <w:r w:rsidRPr="00C60E6C">
        <w:t xml:space="preserve">Your </w:t>
      </w:r>
      <w:r w:rsidR="0019016B">
        <w:t>c</w:t>
      </w:r>
      <w:r w:rsidRPr="00C60E6C">
        <w:t>hild/</w:t>
      </w:r>
      <w:r w:rsidR="0019016B">
        <w:t>y</w:t>
      </w:r>
      <w:r w:rsidRPr="00C60E6C">
        <w:t xml:space="preserve">oung </w:t>
      </w:r>
      <w:r w:rsidR="0019016B">
        <w:t>p</w:t>
      </w:r>
      <w:r w:rsidRPr="00C60E6C">
        <w:t>erso</w:t>
      </w:r>
      <w:r w:rsidR="00431594" w:rsidRPr="00C60E6C">
        <w:t>n</w:t>
      </w:r>
      <w:r w:rsidR="00E8110D" w:rsidRPr="00C60E6C">
        <w:t>’</w:t>
      </w:r>
      <w:r w:rsidR="00431594" w:rsidRPr="00C60E6C">
        <w:t xml:space="preserve">s date of </w:t>
      </w:r>
      <w:r w:rsidR="00AF154A" w:rsidRPr="00C60E6C">
        <w:t>birth:</w:t>
      </w:r>
      <w:r w:rsidRPr="00C60E6C">
        <w:t xml:space="preserve"> </w:t>
      </w:r>
      <w:r w:rsidR="0019016B">
        <w:tab/>
      </w:r>
    </w:p>
    <w:p w14:paraId="3DC473A4" w14:textId="40D51AF2" w:rsidR="00A8506F" w:rsidRPr="00C60E6C" w:rsidRDefault="00227F8A" w:rsidP="0019016B">
      <w:pPr>
        <w:tabs>
          <w:tab w:val="right" w:leader="underscore" w:pos="8640"/>
        </w:tabs>
      </w:pPr>
      <w:r w:rsidRPr="00C60E6C">
        <w:t xml:space="preserve">Your </w:t>
      </w:r>
      <w:r w:rsidR="0019016B">
        <w:t>s</w:t>
      </w:r>
      <w:r w:rsidRPr="00C60E6C">
        <w:t>ignature:</w:t>
      </w:r>
      <w:r w:rsidR="0019016B">
        <w:t xml:space="preserve"> </w:t>
      </w:r>
      <w:r w:rsidR="0019016B">
        <w:tab/>
      </w:r>
    </w:p>
    <w:p w14:paraId="5E6DBD5A" w14:textId="4A77906D" w:rsidR="001707D3" w:rsidRPr="00AE220C" w:rsidRDefault="00227F8A" w:rsidP="0019016B">
      <w:pPr>
        <w:tabs>
          <w:tab w:val="right" w:leader="underscore" w:pos="8640"/>
        </w:tabs>
      </w:pPr>
      <w:r w:rsidRPr="00C60E6C">
        <w:t xml:space="preserve">Date: </w:t>
      </w:r>
      <w:r w:rsidR="0019016B">
        <w:tab/>
      </w:r>
    </w:p>
    <w:sectPr w:rsidR="001707D3" w:rsidRPr="00AE220C" w:rsidSect="00CC5AE4">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4CEBA" w14:textId="77777777" w:rsidR="00CF4774" w:rsidRPr="00C60E6C" w:rsidRDefault="00CF4774" w:rsidP="00C8789D">
      <w:r w:rsidRPr="00C60E6C">
        <w:separator/>
      </w:r>
    </w:p>
  </w:endnote>
  <w:endnote w:type="continuationSeparator" w:id="0">
    <w:p w14:paraId="4FA9554E" w14:textId="77777777" w:rsidR="00CF4774" w:rsidRPr="00C60E6C" w:rsidRDefault="00CF4774" w:rsidP="00C8789D">
      <w:r w:rsidRPr="00C60E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oppins">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D4598" w14:textId="590D86B2" w:rsidR="003073A2" w:rsidRPr="00C60E6C" w:rsidRDefault="00CA5C83" w:rsidP="00C8789D">
    <w:pPr>
      <w:pStyle w:val="Footer"/>
    </w:pPr>
    <w:r w:rsidRPr="00C60E6C">
      <w:rPr>
        <w:noProof/>
      </w:rPr>
      <mc:AlternateContent>
        <mc:Choice Requires="wps">
          <w:drawing>
            <wp:anchor distT="0" distB="0" distL="0" distR="0" simplePos="0" relativeHeight="251658240" behindDoc="0" locked="0" layoutInCell="1" allowOverlap="1" wp14:anchorId="76F53300" wp14:editId="6035B2B5">
              <wp:simplePos x="635" y="635"/>
              <wp:positionH relativeFrom="page">
                <wp:align>center</wp:align>
              </wp:positionH>
              <wp:positionV relativeFrom="page">
                <wp:align>bottom</wp:align>
              </wp:positionV>
              <wp:extent cx="981075" cy="361950"/>
              <wp:effectExtent l="0" t="0" r="9525" b="0"/>
              <wp:wrapNone/>
              <wp:docPr id="1650875827" name="Text Box 5" descr="[IN-CONFID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1075" cy="361950"/>
                      </a:xfrm>
                      <a:prstGeom prst="rect">
                        <a:avLst/>
                      </a:prstGeom>
                      <a:noFill/>
                      <a:ln>
                        <a:noFill/>
                      </a:ln>
                    </wps:spPr>
                    <wps:txbx>
                      <w:txbxContent>
                        <w:p w14:paraId="4A5E85CE" w14:textId="2740136B" w:rsidR="00CA5C83" w:rsidRPr="00C60E6C" w:rsidRDefault="00CA5C83" w:rsidP="00C8789D">
                          <w:r w:rsidRPr="00C60E6C">
                            <w:t>[IN-CONFIDENCE]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F53300" id="_x0000_t202" coordsize="21600,21600" o:spt="202" path="m,l,21600r21600,l21600,xe">
              <v:stroke joinstyle="miter"/>
              <v:path gradientshapeok="t" o:connecttype="rect"/>
            </v:shapetype>
            <v:shape id="_x0000_s1028" type="#_x0000_t202" alt="[IN-CONFIDENCE]" style="position:absolute;margin-left:0;margin-top:0;width:77.25pt;height:28.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" filled="f" stroked="f">
              <v:textbox style="mso-fit-shape-to-text:t" inset="0,0,0,15pt">
                <w:txbxContent>
                  <w:p w14:paraId="4A5E85CE" w14:textId="2740136B" w:rsidR="00CA5C83" w:rsidRPr="00C60E6C" w:rsidRDefault="00CA5C83" w:rsidP="00C8789D">
                    <w:r w:rsidRPr="00C60E6C">
                      <w:t>[IN-CONFIDENCE]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6720545"/>
      <w:docPartObj>
        <w:docPartGallery w:val="Page Numbers (Bottom of Page)"/>
        <w:docPartUnique/>
      </w:docPartObj>
    </w:sdtPr>
    <w:sdtEndPr/>
    <w:sdtContent>
      <w:p w14:paraId="75E699E6" w14:textId="66C45EDA" w:rsidR="003073A2" w:rsidRPr="00C60E6C" w:rsidRDefault="009A2506" w:rsidP="00B07EA2">
        <w:pPr>
          <w:pStyle w:val="Footer"/>
          <w:tabs>
            <w:tab w:val="clear" w:pos="4680"/>
          </w:tabs>
        </w:pPr>
        <w:r w:rsidRPr="00C60E6C">
          <w:fldChar w:fldCharType="begin"/>
        </w:r>
        <w:r w:rsidRPr="00C60E6C">
          <w:instrText xml:space="preserve"> PAGE   \* MERGEFORMAT </w:instrText>
        </w:r>
        <w:r w:rsidRPr="00C60E6C">
          <w:fldChar w:fldCharType="separate"/>
        </w:r>
        <w:r w:rsidRPr="00C60E6C">
          <w:t>2</w:t>
        </w:r>
        <w:r w:rsidRPr="00C60E6C">
          <w:fldChar w:fldCharType="end"/>
        </w:r>
        <w:r w:rsidR="00B07EA2">
          <w:tab/>
        </w:r>
        <w:r w:rsidR="0021013B">
          <w:t xml:space="preserve">Form version: </w:t>
        </w:r>
        <w:r w:rsidR="00E326E5">
          <w:t>October</w:t>
        </w:r>
        <w:r w:rsidR="00B07EA2">
          <w:t xml:space="preserve"> 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5DDB5" w14:textId="476AB456" w:rsidR="003073A2" w:rsidRPr="00C60E6C" w:rsidRDefault="00B07EA2" w:rsidP="00B07EA2">
    <w:pPr>
      <w:pStyle w:val="Footer"/>
      <w:tabs>
        <w:tab w:val="clear" w:pos="4680"/>
      </w:tabs>
    </w:pPr>
    <w:r>
      <w:fldChar w:fldCharType="begin"/>
    </w:r>
    <w:r>
      <w:instrText xml:space="preserve"> PAGE   \* MERGEFORMAT </w:instrText>
    </w:r>
    <w:r>
      <w:fldChar w:fldCharType="separate"/>
    </w:r>
    <w:r>
      <w:rPr>
        <w:noProof/>
      </w:rPr>
      <w:t>1</w:t>
    </w:r>
    <w:r>
      <w:rPr>
        <w:noProof/>
      </w:rPr>
      <w:fldChar w:fldCharType="end"/>
    </w:r>
    <w:r>
      <w:rPr>
        <w:noProof/>
      </w:rPr>
      <w:tab/>
    </w:r>
    <w:r w:rsidR="0021013B">
      <w:rPr>
        <w:noProof/>
      </w:rPr>
      <w:t xml:space="preserve">Form version: </w:t>
    </w:r>
    <w:r w:rsidR="00E326E5">
      <w:rPr>
        <w:noProof/>
      </w:rPr>
      <w:t>October</w:t>
    </w:r>
    <w:r>
      <w:rPr>
        <w:noProof/>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A7EC9" w14:textId="77777777" w:rsidR="00CF4774" w:rsidRPr="00C60E6C" w:rsidRDefault="00CF4774" w:rsidP="00C8789D">
      <w:r w:rsidRPr="00C60E6C">
        <w:separator/>
      </w:r>
    </w:p>
  </w:footnote>
  <w:footnote w:type="continuationSeparator" w:id="0">
    <w:p w14:paraId="5FFAECBB" w14:textId="77777777" w:rsidR="00CF4774" w:rsidRPr="00C60E6C" w:rsidRDefault="00CF4774" w:rsidP="00C8789D">
      <w:r w:rsidRPr="00C60E6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02DF8" w14:textId="32CFAE12" w:rsidR="00F64218" w:rsidRPr="00C60E6C" w:rsidRDefault="00F15CB9" w:rsidP="00C8789D">
    <w:pPr>
      <w:pStyle w:val="Header"/>
    </w:pPr>
    <w:r>
      <w:rPr>
        <w:noProof/>
      </w:rPr>
      <mc:AlternateContent>
        <mc:Choice Requires="wps">
          <w:drawing>
            <wp:anchor distT="0" distB="0" distL="0" distR="0" simplePos="0" relativeHeight="251662336" behindDoc="0" locked="0" layoutInCell="1" allowOverlap="1" wp14:anchorId="6455BEEE" wp14:editId="730383D1">
              <wp:simplePos x="635" y="635"/>
              <wp:positionH relativeFrom="page">
                <wp:align>center</wp:align>
              </wp:positionH>
              <wp:positionV relativeFrom="page">
                <wp:align>top</wp:align>
              </wp:positionV>
              <wp:extent cx="1319530" cy="483870"/>
              <wp:effectExtent l="0" t="0" r="13970" b="11430"/>
              <wp:wrapNone/>
              <wp:docPr id="516202186" name="Text Box 4"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19530" cy="483870"/>
                      </a:xfrm>
                      <a:prstGeom prst="rect">
                        <a:avLst/>
                      </a:prstGeom>
                      <a:noFill/>
                      <a:ln>
                        <a:noFill/>
                      </a:ln>
                    </wps:spPr>
                    <wps:txbx>
                      <w:txbxContent>
                        <w:p w14:paraId="75F2662A" w14:textId="6F4653EA" w:rsidR="00F15CB9" w:rsidRPr="00F15CB9" w:rsidRDefault="00F15CB9" w:rsidP="00F15CB9">
                          <w:pPr>
                            <w:spacing w:after="0"/>
                            <w:rPr>
                              <w:rFonts w:eastAsia="Aptos" w:cs="Aptos"/>
                              <w:noProof/>
                              <w:color w:val="000000"/>
                              <w:sz w:val="28"/>
                              <w:szCs w:val="28"/>
                            </w:rPr>
                          </w:pPr>
                          <w:r w:rsidRPr="00F15CB9">
                            <w:rPr>
                              <w:rFonts w:eastAsia="Aptos" w:cs="Aptos"/>
                              <w:noProof/>
                              <w:color w:val="000000"/>
                              <w:sz w:val="28"/>
                              <w:szCs w:val="28"/>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55BEEE" id="_x0000_t202" coordsize="21600,21600" o:spt="202" path="m,l,21600r21600,l21600,xe">
              <v:stroke joinstyle="miter"/>
              <v:path gradientshapeok="t" o:connecttype="rect"/>
            </v:shapetype>
            <v:shape id="Text Box 4" o:spid="_x0000_s1026" type="#_x0000_t202" alt="IN-CONFIDENCE" style="position:absolute;margin-left:0;margin-top:0;width:103.9pt;height:38.1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" filled="f" stroked="f">
              <v:fill o:detectmouseclick="t"/>
              <v:textbox style="mso-fit-shape-to-text:t" inset="0,15pt,0,0">
                <w:txbxContent>
                  <w:p w14:paraId="75F2662A" w14:textId="6F4653EA" w:rsidR="00F15CB9" w:rsidRPr="00F15CB9" w:rsidRDefault="00F15CB9" w:rsidP="00F15CB9">
                    <w:pPr>
                      <w:spacing w:after="0"/>
                      <w:rPr>
                        <w:rFonts w:eastAsia="Aptos" w:cs="Aptos"/>
                        <w:noProof/>
                        <w:color w:val="000000"/>
                        <w:sz w:val="28"/>
                        <w:szCs w:val="28"/>
                      </w:rPr>
                    </w:pPr>
                    <w:r w:rsidRPr="00F15CB9">
                      <w:rPr>
                        <w:rFonts w:eastAsia="Aptos" w:cs="Aptos"/>
                        <w:noProof/>
                        <w:color w:val="000000"/>
                        <w:sz w:val="28"/>
                        <w:szCs w:val="28"/>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80948" w14:textId="286BAE3C" w:rsidR="00F15CB9" w:rsidRDefault="00F15C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C5C1A" w14:textId="79781470" w:rsidR="00C8789D" w:rsidRDefault="00C8789D" w:rsidP="00C8789D">
    <w:pPr>
      <w:pStyle w:val="Header"/>
    </w:pPr>
    <w:r w:rsidRPr="00C60E6C">
      <w:rPr>
        <w:noProof/>
      </w:rPr>
      <w:drawing>
        <wp:anchor distT="0" distB="0" distL="114300" distR="114300" simplePos="0" relativeHeight="251660288" behindDoc="0" locked="0" layoutInCell="1" allowOverlap="1" wp14:anchorId="7AAD1247" wp14:editId="0EB51237">
          <wp:simplePos x="0" y="0"/>
          <wp:positionH relativeFrom="column">
            <wp:posOffset>-266700</wp:posOffset>
          </wp:positionH>
          <wp:positionV relativeFrom="paragraph">
            <wp:posOffset>-457200</wp:posOffset>
          </wp:positionV>
          <wp:extent cx="2609850" cy="1457325"/>
          <wp:effectExtent l="0" t="0" r="0" b="0"/>
          <wp:wrapNone/>
          <wp:docPr id="27"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14573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DF52BF"/>
    <w:multiLevelType w:val="hybridMultilevel"/>
    <w:tmpl w:val="16980A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06B87B33"/>
    <w:multiLevelType w:val="hybridMultilevel"/>
    <w:tmpl w:val="5D086A60"/>
    <w:lvl w:ilvl="0" w:tplc="41A0EEC2">
      <w:start w:val="1"/>
      <w:numFmt w:val="bullet"/>
      <w:lvlText w:val=""/>
      <w:lvlJc w:val="left"/>
      <w:pPr>
        <w:ind w:left="1780" w:hanging="360"/>
      </w:pPr>
      <w:rPr>
        <w:rFonts w:ascii="Symbol" w:hAnsi="Symbol"/>
      </w:rPr>
    </w:lvl>
    <w:lvl w:ilvl="1" w:tplc="43A6C56E">
      <w:start w:val="1"/>
      <w:numFmt w:val="bullet"/>
      <w:lvlText w:val=""/>
      <w:lvlJc w:val="left"/>
      <w:pPr>
        <w:ind w:left="1780" w:hanging="360"/>
      </w:pPr>
      <w:rPr>
        <w:rFonts w:ascii="Symbol" w:hAnsi="Symbol"/>
      </w:rPr>
    </w:lvl>
    <w:lvl w:ilvl="2" w:tplc="86922940">
      <w:start w:val="1"/>
      <w:numFmt w:val="bullet"/>
      <w:lvlText w:val=""/>
      <w:lvlJc w:val="left"/>
      <w:pPr>
        <w:ind w:left="1780" w:hanging="360"/>
      </w:pPr>
      <w:rPr>
        <w:rFonts w:ascii="Symbol" w:hAnsi="Symbol"/>
      </w:rPr>
    </w:lvl>
    <w:lvl w:ilvl="3" w:tplc="E500CC52">
      <w:start w:val="1"/>
      <w:numFmt w:val="bullet"/>
      <w:lvlText w:val=""/>
      <w:lvlJc w:val="left"/>
      <w:pPr>
        <w:ind w:left="1780" w:hanging="360"/>
      </w:pPr>
      <w:rPr>
        <w:rFonts w:ascii="Symbol" w:hAnsi="Symbol"/>
      </w:rPr>
    </w:lvl>
    <w:lvl w:ilvl="4" w:tplc="EEFCCF6C">
      <w:start w:val="1"/>
      <w:numFmt w:val="bullet"/>
      <w:lvlText w:val=""/>
      <w:lvlJc w:val="left"/>
      <w:pPr>
        <w:ind w:left="1780" w:hanging="360"/>
      </w:pPr>
      <w:rPr>
        <w:rFonts w:ascii="Symbol" w:hAnsi="Symbol"/>
      </w:rPr>
    </w:lvl>
    <w:lvl w:ilvl="5" w:tplc="204AFC98">
      <w:start w:val="1"/>
      <w:numFmt w:val="bullet"/>
      <w:lvlText w:val=""/>
      <w:lvlJc w:val="left"/>
      <w:pPr>
        <w:ind w:left="1780" w:hanging="360"/>
      </w:pPr>
      <w:rPr>
        <w:rFonts w:ascii="Symbol" w:hAnsi="Symbol"/>
      </w:rPr>
    </w:lvl>
    <w:lvl w:ilvl="6" w:tplc="D55A8602">
      <w:start w:val="1"/>
      <w:numFmt w:val="bullet"/>
      <w:lvlText w:val=""/>
      <w:lvlJc w:val="left"/>
      <w:pPr>
        <w:ind w:left="1780" w:hanging="360"/>
      </w:pPr>
      <w:rPr>
        <w:rFonts w:ascii="Symbol" w:hAnsi="Symbol"/>
      </w:rPr>
    </w:lvl>
    <w:lvl w:ilvl="7" w:tplc="76724DAA">
      <w:start w:val="1"/>
      <w:numFmt w:val="bullet"/>
      <w:lvlText w:val=""/>
      <w:lvlJc w:val="left"/>
      <w:pPr>
        <w:ind w:left="1780" w:hanging="360"/>
      </w:pPr>
      <w:rPr>
        <w:rFonts w:ascii="Symbol" w:hAnsi="Symbol"/>
      </w:rPr>
    </w:lvl>
    <w:lvl w:ilvl="8" w:tplc="E88E38BA">
      <w:start w:val="1"/>
      <w:numFmt w:val="bullet"/>
      <w:lvlText w:val=""/>
      <w:lvlJc w:val="left"/>
      <w:pPr>
        <w:ind w:left="1780" w:hanging="360"/>
      </w:pPr>
      <w:rPr>
        <w:rFonts w:ascii="Symbol" w:hAnsi="Symbol"/>
      </w:rPr>
    </w:lvl>
  </w:abstractNum>
  <w:abstractNum w:abstractNumId="11" w15:restartNumberingAfterBreak="0">
    <w:nsid w:val="0C555957"/>
    <w:multiLevelType w:val="multilevel"/>
    <w:tmpl w:val="41CC9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0BC1D2A"/>
    <w:multiLevelType w:val="hybridMultilevel"/>
    <w:tmpl w:val="0EC269EC"/>
    <w:lvl w:ilvl="0" w:tplc="E112ED8E">
      <w:start w:val="1"/>
      <w:numFmt w:val="bullet"/>
      <w:lvlText w:val=""/>
      <w:lvlJc w:val="left"/>
      <w:pPr>
        <w:ind w:left="1440" w:hanging="360"/>
      </w:pPr>
      <w:rPr>
        <w:rFonts w:ascii="Symbol" w:hAnsi="Symbol"/>
      </w:rPr>
    </w:lvl>
    <w:lvl w:ilvl="1" w:tplc="12E89070">
      <w:start w:val="1"/>
      <w:numFmt w:val="bullet"/>
      <w:lvlText w:val=""/>
      <w:lvlJc w:val="left"/>
      <w:pPr>
        <w:ind w:left="1440" w:hanging="360"/>
      </w:pPr>
      <w:rPr>
        <w:rFonts w:ascii="Symbol" w:hAnsi="Symbol"/>
      </w:rPr>
    </w:lvl>
    <w:lvl w:ilvl="2" w:tplc="9CC24CA8">
      <w:start w:val="1"/>
      <w:numFmt w:val="bullet"/>
      <w:lvlText w:val=""/>
      <w:lvlJc w:val="left"/>
      <w:pPr>
        <w:ind w:left="1440" w:hanging="360"/>
      </w:pPr>
      <w:rPr>
        <w:rFonts w:ascii="Symbol" w:hAnsi="Symbol"/>
      </w:rPr>
    </w:lvl>
    <w:lvl w:ilvl="3" w:tplc="17EE5CD8">
      <w:start w:val="1"/>
      <w:numFmt w:val="bullet"/>
      <w:lvlText w:val=""/>
      <w:lvlJc w:val="left"/>
      <w:pPr>
        <w:ind w:left="1440" w:hanging="360"/>
      </w:pPr>
      <w:rPr>
        <w:rFonts w:ascii="Symbol" w:hAnsi="Symbol"/>
      </w:rPr>
    </w:lvl>
    <w:lvl w:ilvl="4" w:tplc="218ED16E">
      <w:start w:val="1"/>
      <w:numFmt w:val="bullet"/>
      <w:lvlText w:val=""/>
      <w:lvlJc w:val="left"/>
      <w:pPr>
        <w:ind w:left="1440" w:hanging="360"/>
      </w:pPr>
      <w:rPr>
        <w:rFonts w:ascii="Symbol" w:hAnsi="Symbol"/>
      </w:rPr>
    </w:lvl>
    <w:lvl w:ilvl="5" w:tplc="F612C77A">
      <w:start w:val="1"/>
      <w:numFmt w:val="bullet"/>
      <w:lvlText w:val=""/>
      <w:lvlJc w:val="left"/>
      <w:pPr>
        <w:ind w:left="1440" w:hanging="360"/>
      </w:pPr>
      <w:rPr>
        <w:rFonts w:ascii="Symbol" w:hAnsi="Symbol"/>
      </w:rPr>
    </w:lvl>
    <w:lvl w:ilvl="6" w:tplc="4A482198">
      <w:start w:val="1"/>
      <w:numFmt w:val="bullet"/>
      <w:lvlText w:val=""/>
      <w:lvlJc w:val="left"/>
      <w:pPr>
        <w:ind w:left="1440" w:hanging="360"/>
      </w:pPr>
      <w:rPr>
        <w:rFonts w:ascii="Symbol" w:hAnsi="Symbol"/>
      </w:rPr>
    </w:lvl>
    <w:lvl w:ilvl="7" w:tplc="29FC06AA">
      <w:start w:val="1"/>
      <w:numFmt w:val="bullet"/>
      <w:lvlText w:val=""/>
      <w:lvlJc w:val="left"/>
      <w:pPr>
        <w:ind w:left="1440" w:hanging="360"/>
      </w:pPr>
      <w:rPr>
        <w:rFonts w:ascii="Symbol" w:hAnsi="Symbol"/>
      </w:rPr>
    </w:lvl>
    <w:lvl w:ilvl="8" w:tplc="EA88F216">
      <w:start w:val="1"/>
      <w:numFmt w:val="bullet"/>
      <w:lvlText w:val=""/>
      <w:lvlJc w:val="left"/>
      <w:pPr>
        <w:ind w:left="1440" w:hanging="360"/>
      </w:pPr>
      <w:rPr>
        <w:rFonts w:ascii="Symbol" w:hAnsi="Symbol"/>
      </w:rPr>
    </w:lvl>
  </w:abstractNum>
  <w:abstractNum w:abstractNumId="13" w15:restartNumberingAfterBreak="0">
    <w:nsid w:val="11813092"/>
    <w:multiLevelType w:val="multilevel"/>
    <w:tmpl w:val="295283D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4" w15:restartNumberingAfterBreak="0">
    <w:nsid w:val="12B0242C"/>
    <w:multiLevelType w:val="multilevel"/>
    <w:tmpl w:val="D5409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98661C1"/>
    <w:multiLevelType w:val="multilevel"/>
    <w:tmpl w:val="EF38C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B5C56FF"/>
    <w:multiLevelType w:val="hybridMultilevel"/>
    <w:tmpl w:val="0CA8E7E6"/>
    <w:lvl w:ilvl="0" w:tplc="16FE932E">
      <w:start w:val="1"/>
      <w:numFmt w:val="bullet"/>
      <w:pStyle w:val="ListParagraph"/>
      <w:lvlText w:val=""/>
      <w:lvlJc w:val="left"/>
      <w:pPr>
        <w:ind w:left="363" w:hanging="360"/>
      </w:pPr>
      <w:rPr>
        <w:rFonts w:ascii="Symbol" w:hAnsi="Symbol" w:hint="default"/>
      </w:rPr>
    </w:lvl>
    <w:lvl w:ilvl="1" w:tplc="14090003" w:tentative="1">
      <w:start w:val="1"/>
      <w:numFmt w:val="bullet"/>
      <w:lvlText w:val="o"/>
      <w:lvlJc w:val="left"/>
      <w:pPr>
        <w:ind w:left="1083" w:hanging="360"/>
      </w:pPr>
      <w:rPr>
        <w:rFonts w:ascii="Courier New" w:hAnsi="Courier New" w:cs="Courier New" w:hint="default"/>
      </w:rPr>
    </w:lvl>
    <w:lvl w:ilvl="2" w:tplc="14090005" w:tentative="1">
      <w:start w:val="1"/>
      <w:numFmt w:val="bullet"/>
      <w:lvlText w:val=""/>
      <w:lvlJc w:val="left"/>
      <w:pPr>
        <w:ind w:left="1803" w:hanging="360"/>
      </w:pPr>
      <w:rPr>
        <w:rFonts w:ascii="Wingdings" w:hAnsi="Wingdings" w:hint="default"/>
      </w:rPr>
    </w:lvl>
    <w:lvl w:ilvl="3" w:tplc="14090001" w:tentative="1">
      <w:start w:val="1"/>
      <w:numFmt w:val="bullet"/>
      <w:lvlText w:val=""/>
      <w:lvlJc w:val="left"/>
      <w:pPr>
        <w:ind w:left="2523" w:hanging="360"/>
      </w:pPr>
      <w:rPr>
        <w:rFonts w:ascii="Symbol" w:hAnsi="Symbol" w:hint="default"/>
      </w:rPr>
    </w:lvl>
    <w:lvl w:ilvl="4" w:tplc="14090003" w:tentative="1">
      <w:start w:val="1"/>
      <w:numFmt w:val="bullet"/>
      <w:lvlText w:val="o"/>
      <w:lvlJc w:val="left"/>
      <w:pPr>
        <w:ind w:left="3243" w:hanging="360"/>
      </w:pPr>
      <w:rPr>
        <w:rFonts w:ascii="Courier New" w:hAnsi="Courier New" w:cs="Courier New" w:hint="default"/>
      </w:rPr>
    </w:lvl>
    <w:lvl w:ilvl="5" w:tplc="14090005" w:tentative="1">
      <w:start w:val="1"/>
      <w:numFmt w:val="bullet"/>
      <w:lvlText w:val=""/>
      <w:lvlJc w:val="left"/>
      <w:pPr>
        <w:ind w:left="3963" w:hanging="360"/>
      </w:pPr>
      <w:rPr>
        <w:rFonts w:ascii="Wingdings" w:hAnsi="Wingdings" w:hint="default"/>
      </w:rPr>
    </w:lvl>
    <w:lvl w:ilvl="6" w:tplc="14090001" w:tentative="1">
      <w:start w:val="1"/>
      <w:numFmt w:val="bullet"/>
      <w:lvlText w:val=""/>
      <w:lvlJc w:val="left"/>
      <w:pPr>
        <w:ind w:left="4683" w:hanging="360"/>
      </w:pPr>
      <w:rPr>
        <w:rFonts w:ascii="Symbol" w:hAnsi="Symbol" w:hint="default"/>
      </w:rPr>
    </w:lvl>
    <w:lvl w:ilvl="7" w:tplc="14090003" w:tentative="1">
      <w:start w:val="1"/>
      <w:numFmt w:val="bullet"/>
      <w:lvlText w:val="o"/>
      <w:lvlJc w:val="left"/>
      <w:pPr>
        <w:ind w:left="5403" w:hanging="360"/>
      </w:pPr>
      <w:rPr>
        <w:rFonts w:ascii="Courier New" w:hAnsi="Courier New" w:cs="Courier New" w:hint="default"/>
      </w:rPr>
    </w:lvl>
    <w:lvl w:ilvl="8" w:tplc="14090005" w:tentative="1">
      <w:start w:val="1"/>
      <w:numFmt w:val="bullet"/>
      <w:lvlText w:val=""/>
      <w:lvlJc w:val="left"/>
      <w:pPr>
        <w:ind w:left="6123" w:hanging="360"/>
      </w:pPr>
      <w:rPr>
        <w:rFonts w:ascii="Wingdings" w:hAnsi="Wingdings" w:hint="default"/>
      </w:rPr>
    </w:lvl>
  </w:abstractNum>
  <w:abstractNum w:abstractNumId="17" w15:restartNumberingAfterBreak="0">
    <w:nsid w:val="1CE07CAF"/>
    <w:multiLevelType w:val="multilevel"/>
    <w:tmpl w:val="29B8E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0922FA2"/>
    <w:multiLevelType w:val="hybridMultilevel"/>
    <w:tmpl w:val="06AEBEF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215A306F"/>
    <w:multiLevelType w:val="multilevel"/>
    <w:tmpl w:val="86B8E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6ED12C9"/>
    <w:multiLevelType w:val="hybridMultilevel"/>
    <w:tmpl w:val="EFE23334"/>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2BE81957"/>
    <w:multiLevelType w:val="hybridMultilevel"/>
    <w:tmpl w:val="92845EB0"/>
    <w:lvl w:ilvl="0" w:tplc="DBC4B13A">
      <w:start w:val="1"/>
      <w:numFmt w:val="bullet"/>
      <w:lvlText w:val=""/>
      <w:lvlJc w:val="left"/>
      <w:pPr>
        <w:ind w:left="1080" w:hanging="360"/>
      </w:pPr>
      <w:rPr>
        <w:rFonts w:ascii="Symbol" w:hAnsi="Symbol"/>
      </w:rPr>
    </w:lvl>
    <w:lvl w:ilvl="1" w:tplc="97F4F746">
      <w:start w:val="1"/>
      <w:numFmt w:val="bullet"/>
      <w:lvlText w:val=""/>
      <w:lvlJc w:val="left"/>
      <w:pPr>
        <w:ind w:left="1080" w:hanging="360"/>
      </w:pPr>
      <w:rPr>
        <w:rFonts w:ascii="Symbol" w:hAnsi="Symbol"/>
      </w:rPr>
    </w:lvl>
    <w:lvl w:ilvl="2" w:tplc="BD48F778">
      <w:start w:val="1"/>
      <w:numFmt w:val="bullet"/>
      <w:lvlText w:val=""/>
      <w:lvlJc w:val="left"/>
      <w:pPr>
        <w:ind w:left="1080" w:hanging="360"/>
      </w:pPr>
      <w:rPr>
        <w:rFonts w:ascii="Symbol" w:hAnsi="Symbol"/>
      </w:rPr>
    </w:lvl>
    <w:lvl w:ilvl="3" w:tplc="5208513E">
      <w:start w:val="1"/>
      <w:numFmt w:val="bullet"/>
      <w:lvlText w:val=""/>
      <w:lvlJc w:val="left"/>
      <w:pPr>
        <w:ind w:left="1080" w:hanging="360"/>
      </w:pPr>
      <w:rPr>
        <w:rFonts w:ascii="Symbol" w:hAnsi="Symbol"/>
      </w:rPr>
    </w:lvl>
    <w:lvl w:ilvl="4" w:tplc="214231E2">
      <w:start w:val="1"/>
      <w:numFmt w:val="bullet"/>
      <w:lvlText w:val=""/>
      <w:lvlJc w:val="left"/>
      <w:pPr>
        <w:ind w:left="1080" w:hanging="360"/>
      </w:pPr>
      <w:rPr>
        <w:rFonts w:ascii="Symbol" w:hAnsi="Symbol"/>
      </w:rPr>
    </w:lvl>
    <w:lvl w:ilvl="5" w:tplc="305C7E44">
      <w:start w:val="1"/>
      <w:numFmt w:val="bullet"/>
      <w:lvlText w:val=""/>
      <w:lvlJc w:val="left"/>
      <w:pPr>
        <w:ind w:left="1080" w:hanging="360"/>
      </w:pPr>
      <w:rPr>
        <w:rFonts w:ascii="Symbol" w:hAnsi="Symbol"/>
      </w:rPr>
    </w:lvl>
    <w:lvl w:ilvl="6" w:tplc="9606FD72">
      <w:start w:val="1"/>
      <w:numFmt w:val="bullet"/>
      <w:lvlText w:val=""/>
      <w:lvlJc w:val="left"/>
      <w:pPr>
        <w:ind w:left="1080" w:hanging="360"/>
      </w:pPr>
      <w:rPr>
        <w:rFonts w:ascii="Symbol" w:hAnsi="Symbol"/>
      </w:rPr>
    </w:lvl>
    <w:lvl w:ilvl="7" w:tplc="986854FC">
      <w:start w:val="1"/>
      <w:numFmt w:val="bullet"/>
      <w:lvlText w:val=""/>
      <w:lvlJc w:val="left"/>
      <w:pPr>
        <w:ind w:left="1080" w:hanging="360"/>
      </w:pPr>
      <w:rPr>
        <w:rFonts w:ascii="Symbol" w:hAnsi="Symbol"/>
      </w:rPr>
    </w:lvl>
    <w:lvl w:ilvl="8" w:tplc="AAB21B10">
      <w:start w:val="1"/>
      <w:numFmt w:val="bullet"/>
      <w:lvlText w:val=""/>
      <w:lvlJc w:val="left"/>
      <w:pPr>
        <w:ind w:left="1080" w:hanging="360"/>
      </w:pPr>
      <w:rPr>
        <w:rFonts w:ascii="Symbol" w:hAnsi="Symbol"/>
      </w:rPr>
    </w:lvl>
  </w:abstractNum>
  <w:abstractNum w:abstractNumId="22" w15:restartNumberingAfterBreak="0">
    <w:nsid w:val="30A56ED0"/>
    <w:multiLevelType w:val="multilevel"/>
    <w:tmpl w:val="E0303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B01504D"/>
    <w:multiLevelType w:val="hybridMultilevel"/>
    <w:tmpl w:val="4F16979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3B5C69B9"/>
    <w:multiLevelType w:val="multilevel"/>
    <w:tmpl w:val="68085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28700B"/>
    <w:multiLevelType w:val="multilevel"/>
    <w:tmpl w:val="4C468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CC1680"/>
    <w:multiLevelType w:val="hybridMultilevel"/>
    <w:tmpl w:val="D950532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52FE31A5"/>
    <w:multiLevelType w:val="multilevel"/>
    <w:tmpl w:val="863AE5F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8" w15:restartNumberingAfterBreak="0">
    <w:nsid w:val="556A048B"/>
    <w:multiLevelType w:val="hybridMultilevel"/>
    <w:tmpl w:val="D6202DCA"/>
    <w:lvl w:ilvl="0" w:tplc="1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02254D1"/>
    <w:multiLevelType w:val="hybridMultilevel"/>
    <w:tmpl w:val="8B662A64"/>
    <w:lvl w:ilvl="0" w:tplc="A4560746">
      <w:numFmt w:val="bullet"/>
      <w:lvlText w:val="-"/>
      <w:lvlJc w:val="left"/>
      <w:pPr>
        <w:ind w:left="720" w:hanging="360"/>
      </w:pPr>
      <w:rPr>
        <w:rFonts w:ascii="Cambria" w:eastAsiaTheme="minorEastAsia" w:hAnsi="Cambria"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661923FF"/>
    <w:multiLevelType w:val="hybridMultilevel"/>
    <w:tmpl w:val="4ACCFC2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6BC76E2A"/>
    <w:multiLevelType w:val="hybridMultilevel"/>
    <w:tmpl w:val="20C459F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70DC086A"/>
    <w:multiLevelType w:val="multilevel"/>
    <w:tmpl w:val="E0C81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1453A40"/>
    <w:multiLevelType w:val="hybridMultilevel"/>
    <w:tmpl w:val="B7D02450"/>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34" w15:restartNumberingAfterBreak="0">
    <w:nsid w:val="71FD563B"/>
    <w:multiLevelType w:val="hybridMultilevel"/>
    <w:tmpl w:val="B3347E5E"/>
    <w:lvl w:ilvl="0" w:tplc="14090001">
      <w:start w:val="1"/>
      <w:numFmt w:val="bullet"/>
      <w:lvlText w:val=""/>
      <w:lvlJc w:val="left"/>
      <w:pPr>
        <w:ind w:left="1800" w:hanging="360"/>
      </w:pPr>
      <w:rPr>
        <w:rFonts w:ascii="Symbol" w:hAnsi="Symbol" w:hint="default"/>
      </w:rPr>
    </w:lvl>
    <w:lvl w:ilvl="1" w:tplc="14090003" w:tentative="1">
      <w:start w:val="1"/>
      <w:numFmt w:val="bullet"/>
      <w:lvlText w:val="o"/>
      <w:lvlJc w:val="left"/>
      <w:pPr>
        <w:ind w:left="2520" w:hanging="360"/>
      </w:pPr>
      <w:rPr>
        <w:rFonts w:ascii="Courier New" w:hAnsi="Courier New" w:cs="Courier New" w:hint="default"/>
      </w:rPr>
    </w:lvl>
    <w:lvl w:ilvl="2" w:tplc="14090005" w:tentative="1">
      <w:start w:val="1"/>
      <w:numFmt w:val="bullet"/>
      <w:lvlText w:val=""/>
      <w:lvlJc w:val="left"/>
      <w:pPr>
        <w:ind w:left="3240" w:hanging="360"/>
      </w:pPr>
      <w:rPr>
        <w:rFonts w:ascii="Wingdings" w:hAnsi="Wingdings" w:hint="default"/>
      </w:rPr>
    </w:lvl>
    <w:lvl w:ilvl="3" w:tplc="14090001" w:tentative="1">
      <w:start w:val="1"/>
      <w:numFmt w:val="bullet"/>
      <w:lvlText w:val=""/>
      <w:lvlJc w:val="left"/>
      <w:pPr>
        <w:ind w:left="3960" w:hanging="360"/>
      </w:pPr>
      <w:rPr>
        <w:rFonts w:ascii="Symbol" w:hAnsi="Symbol" w:hint="default"/>
      </w:rPr>
    </w:lvl>
    <w:lvl w:ilvl="4" w:tplc="14090003" w:tentative="1">
      <w:start w:val="1"/>
      <w:numFmt w:val="bullet"/>
      <w:lvlText w:val="o"/>
      <w:lvlJc w:val="left"/>
      <w:pPr>
        <w:ind w:left="4680" w:hanging="360"/>
      </w:pPr>
      <w:rPr>
        <w:rFonts w:ascii="Courier New" w:hAnsi="Courier New" w:cs="Courier New" w:hint="default"/>
      </w:rPr>
    </w:lvl>
    <w:lvl w:ilvl="5" w:tplc="14090005" w:tentative="1">
      <w:start w:val="1"/>
      <w:numFmt w:val="bullet"/>
      <w:lvlText w:val=""/>
      <w:lvlJc w:val="left"/>
      <w:pPr>
        <w:ind w:left="5400" w:hanging="360"/>
      </w:pPr>
      <w:rPr>
        <w:rFonts w:ascii="Wingdings" w:hAnsi="Wingdings" w:hint="default"/>
      </w:rPr>
    </w:lvl>
    <w:lvl w:ilvl="6" w:tplc="14090001" w:tentative="1">
      <w:start w:val="1"/>
      <w:numFmt w:val="bullet"/>
      <w:lvlText w:val=""/>
      <w:lvlJc w:val="left"/>
      <w:pPr>
        <w:ind w:left="6120" w:hanging="360"/>
      </w:pPr>
      <w:rPr>
        <w:rFonts w:ascii="Symbol" w:hAnsi="Symbol" w:hint="default"/>
      </w:rPr>
    </w:lvl>
    <w:lvl w:ilvl="7" w:tplc="14090003" w:tentative="1">
      <w:start w:val="1"/>
      <w:numFmt w:val="bullet"/>
      <w:lvlText w:val="o"/>
      <w:lvlJc w:val="left"/>
      <w:pPr>
        <w:ind w:left="6840" w:hanging="360"/>
      </w:pPr>
      <w:rPr>
        <w:rFonts w:ascii="Courier New" w:hAnsi="Courier New" w:cs="Courier New" w:hint="default"/>
      </w:rPr>
    </w:lvl>
    <w:lvl w:ilvl="8" w:tplc="14090005" w:tentative="1">
      <w:start w:val="1"/>
      <w:numFmt w:val="bullet"/>
      <w:lvlText w:val=""/>
      <w:lvlJc w:val="left"/>
      <w:pPr>
        <w:ind w:left="7560" w:hanging="360"/>
      </w:pPr>
      <w:rPr>
        <w:rFonts w:ascii="Wingdings" w:hAnsi="Wingdings" w:hint="default"/>
      </w:rPr>
    </w:lvl>
  </w:abstractNum>
  <w:abstractNum w:abstractNumId="35" w15:restartNumberingAfterBreak="0">
    <w:nsid w:val="72AB641D"/>
    <w:multiLevelType w:val="multilevel"/>
    <w:tmpl w:val="EA7AF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821018">
    <w:abstractNumId w:val="8"/>
  </w:num>
  <w:num w:numId="2" w16cid:durableId="1771657419">
    <w:abstractNumId w:val="6"/>
  </w:num>
  <w:num w:numId="3" w16cid:durableId="1585799380">
    <w:abstractNumId w:val="5"/>
  </w:num>
  <w:num w:numId="4" w16cid:durableId="541669178">
    <w:abstractNumId w:val="4"/>
  </w:num>
  <w:num w:numId="5" w16cid:durableId="519007696">
    <w:abstractNumId w:val="7"/>
  </w:num>
  <w:num w:numId="6" w16cid:durableId="238295828">
    <w:abstractNumId w:val="3"/>
  </w:num>
  <w:num w:numId="7" w16cid:durableId="745305868">
    <w:abstractNumId w:val="2"/>
  </w:num>
  <w:num w:numId="8" w16cid:durableId="775713891">
    <w:abstractNumId w:val="1"/>
  </w:num>
  <w:num w:numId="9" w16cid:durableId="688064556">
    <w:abstractNumId w:val="0"/>
  </w:num>
  <w:num w:numId="10" w16cid:durableId="1875189187">
    <w:abstractNumId w:val="30"/>
  </w:num>
  <w:num w:numId="11" w16cid:durableId="1460300122">
    <w:abstractNumId w:val="31"/>
  </w:num>
  <w:num w:numId="12" w16cid:durableId="1952273233">
    <w:abstractNumId w:val="18"/>
  </w:num>
  <w:num w:numId="13" w16cid:durableId="1840929356">
    <w:abstractNumId w:val="29"/>
  </w:num>
  <w:num w:numId="14" w16cid:durableId="1532452680">
    <w:abstractNumId w:val="21"/>
  </w:num>
  <w:num w:numId="15" w16cid:durableId="2134054950">
    <w:abstractNumId w:val="16"/>
  </w:num>
  <w:num w:numId="16" w16cid:durableId="224414566">
    <w:abstractNumId w:val="27"/>
  </w:num>
  <w:num w:numId="17" w16cid:durableId="1462727446">
    <w:abstractNumId w:val="24"/>
  </w:num>
  <w:num w:numId="18" w16cid:durableId="1840266269">
    <w:abstractNumId w:val="25"/>
  </w:num>
  <w:num w:numId="19" w16cid:durableId="560555142">
    <w:abstractNumId w:val="35"/>
  </w:num>
  <w:num w:numId="20" w16cid:durableId="1701666317">
    <w:abstractNumId w:val="28"/>
  </w:num>
  <w:num w:numId="21" w16cid:durableId="1771704850">
    <w:abstractNumId w:val="20"/>
  </w:num>
  <w:num w:numId="22" w16cid:durableId="200485267">
    <w:abstractNumId w:val="13"/>
  </w:num>
  <w:num w:numId="23" w16cid:durableId="1210607141">
    <w:abstractNumId w:val="34"/>
  </w:num>
  <w:num w:numId="24" w16cid:durableId="109009355">
    <w:abstractNumId w:val="9"/>
  </w:num>
  <w:num w:numId="25" w16cid:durableId="1022131120">
    <w:abstractNumId w:val="33"/>
  </w:num>
  <w:num w:numId="26" w16cid:durableId="955334670">
    <w:abstractNumId w:val="23"/>
  </w:num>
  <w:num w:numId="27" w16cid:durableId="582108601">
    <w:abstractNumId w:val="32"/>
  </w:num>
  <w:num w:numId="28" w16cid:durableId="1634368122">
    <w:abstractNumId w:val="10"/>
  </w:num>
  <w:num w:numId="29" w16cid:durableId="1907884098">
    <w:abstractNumId w:val="12"/>
  </w:num>
  <w:num w:numId="30" w16cid:durableId="1018850773">
    <w:abstractNumId w:val="26"/>
  </w:num>
  <w:num w:numId="31" w16cid:durableId="898517060">
    <w:abstractNumId w:val="11"/>
  </w:num>
  <w:num w:numId="32" w16cid:durableId="599527672">
    <w:abstractNumId w:val="14"/>
  </w:num>
  <w:num w:numId="33" w16cid:durableId="470707207">
    <w:abstractNumId w:val="17"/>
  </w:num>
  <w:num w:numId="34" w16cid:durableId="1098138809">
    <w:abstractNumId w:val="15"/>
  </w:num>
  <w:num w:numId="35" w16cid:durableId="1790663500">
    <w:abstractNumId w:val="19"/>
  </w:num>
  <w:num w:numId="36" w16cid:durableId="20938870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D1E"/>
    <w:rsid w:val="000011C8"/>
    <w:rsid w:val="0000126E"/>
    <w:rsid w:val="00003647"/>
    <w:rsid w:val="00005ABD"/>
    <w:rsid w:val="00006137"/>
    <w:rsid w:val="00007B86"/>
    <w:rsid w:val="00010720"/>
    <w:rsid w:val="00010F76"/>
    <w:rsid w:val="0001154C"/>
    <w:rsid w:val="0001425F"/>
    <w:rsid w:val="0001662E"/>
    <w:rsid w:val="0001742B"/>
    <w:rsid w:val="000203E7"/>
    <w:rsid w:val="00021104"/>
    <w:rsid w:val="000213C6"/>
    <w:rsid w:val="00025A37"/>
    <w:rsid w:val="0002632D"/>
    <w:rsid w:val="000269C7"/>
    <w:rsid w:val="000273D4"/>
    <w:rsid w:val="00030068"/>
    <w:rsid w:val="00030916"/>
    <w:rsid w:val="00031AF0"/>
    <w:rsid w:val="00031C97"/>
    <w:rsid w:val="00031F64"/>
    <w:rsid w:val="00032FA6"/>
    <w:rsid w:val="00033636"/>
    <w:rsid w:val="0003392D"/>
    <w:rsid w:val="00034616"/>
    <w:rsid w:val="00034CA6"/>
    <w:rsid w:val="000353AC"/>
    <w:rsid w:val="00037893"/>
    <w:rsid w:val="00037D84"/>
    <w:rsid w:val="000417A2"/>
    <w:rsid w:val="000418BF"/>
    <w:rsid w:val="00042811"/>
    <w:rsid w:val="000432E5"/>
    <w:rsid w:val="000473D2"/>
    <w:rsid w:val="00050895"/>
    <w:rsid w:val="000508F6"/>
    <w:rsid w:val="00051A86"/>
    <w:rsid w:val="0005348A"/>
    <w:rsid w:val="00053865"/>
    <w:rsid w:val="00055D61"/>
    <w:rsid w:val="00055DEB"/>
    <w:rsid w:val="000575A8"/>
    <w:rsid w:val="0006063C"/>
    <w:rsid w:val="00062162"/>
    <w:rsid w:val="000622E4"/>
    <w:rsid w:val="000628D8"/>
    <w:rsid w:val="0006568E"/>
    <w:rsid w:val="00066B1B"/>
    <w:rsid w:val="0006748E"/>
    <w:rsid w:val="0007025E"/>
    <w:rsid w:val="00070319"/>
    <w:rsid w:val="0007062E"/>
    <w:rsid w:val="000713B9"/>
    <w:rsid w:val="000723C2"/>
    <w:rsid w:val="00072538"/>
    <w:rsid w:val="00073010"/>
    <w:rsid w:val="000733C0"/>
    <w:rsid w:val="00074880"/>
    <w:rsid w:val="00074935"/>
    <w:rsid w:val="00074AD0"/>
    <w:rsid w:val="00074EE6"/>
    <w:rsid w:val="00075379"/>
    <w:rsid w:val="00076AB8"/>
    <w:rsid w:val="00077C58"/>
    <w:rsid w:val="0008071A"/>
    <w:rsid w:val="00080817"/>
    <w:rsid w:val="00080BB1"/>
    <w:rsid w:val="000812CC"/>
    <w:rsid w:val="000816F8"/>
    <w:rsid w:val="00083195"/>
    <w:rsid w:val="0008389E"/>
    <w:rsid w:val="00083A94"/>
    <w:rsid w:val="0008492D"/>
    <w:rsid w:val="00084B14"/>
    <w:rsid w:val="000870BC"/>
    <w:rsid w:val="00087A5E"/>
    <w:rsid w:val="00087D4F"/>
    <w:rsid w:val="000919B1"/>
    <w:rsid w:val="00091E34"/>
    <w:rsid w:val="00093697"/>
    <w:rsid w:val="000939F7"/>
    <w:rsid w:val="00093F0D"/>
    <w:rsid w:val="0009485B"/>
    <w:rsid w:val="00096948"/>
    <w:rsid w:val="000973DE"/>
    <w:rsid w:val="0009744F"/>
    <w:rsid w:val="00097660"/>
    <w:rsid w:val="000A0C56"/>
    <w:rsid w:val="000A4446"/>
    <w:rsid w:val="000A50D6"/>
    <w:rsid w:val="000A5ABE"/>
    <w:rsid w:val="000A6264"/>
    <w:rsid w:val="000A6420"/>
    <w:rsid w:val="000A7370"/>
    <w:rsid w:val="000A73DE"/>
    <w:rsid w:val="000B0E14"/>
    <w:rsid w:val="000B1CC4"/>
    <w:rsid w:val="000B31A8"/>
    <w:rsid w:val="000B3FD3"/>
    <w:rsid w:val="000B52F1"/>
    <w:rsid w:val="000B633D"/>
    <w:rsid w:val="000B6504"/>
    <w:rsid w:val="000B6658"/>
    <w:rsid w:val="000B69AC"/>
    <w:rsid w:val="000B7454"/>
    <w:rsid w:val="000C1FBD"/>
    <w:rsid w:val="000C219A"/>
    <w:rsid w:val="000C23F9"/>
    <w:rsid w:val="000C34A7"/>
    <w:rsid w:val="000C3B38"/>
    <w:rsid w:val="000C3BB7"/>
    <w:rsid w:val="000C4F75"/>
    <w:rsid w:val="000C5634"/>
    <w:rsid w:val="000C7FEB"/>
    <w:rsid w:val="000D06F9"/>
    <w:rsid w:val="000D07AD"/>
    <w:rsid w:val="000D14DD"/>
    <w:rsid w:val="000D2D50"/>
    <w:rsid w:val="000D2E17"/>
    <w:rsid w:val="000D3E0F"/>
    <w:rsid w:val="000D4AB3"/>
    <w:rsid w:val="000D5514"/>
    <w:rsid w:val="000D578A"/>
    <w:rsid w:val="000D5877"/>
    <w:rsid w:val="000D58FD"/>
    <w:rsid w:val="000D5AA6"/>
    <w:rsid w:val="000D5F05"/>
    <w:rsid w:val="000D6479"/>
    <w:rsid w:val="000D6E05"/>
    <w:rsid w:val="000D6E1C"/>
    <w:rsid w:val="000D6FE2"/>
    <w:rsid w:val="000E033E"/>
    <w:rsid w:val="000E0E26"/>
    <w:rsid w:val="000E3F71"/>
    <w:rsid w:val="000E4FFA"/>
    <w:rsid w:val="000E5160"/>
    <w:rsid w:val="000E5251"/>
    <w:rsid w:val="000E5CB2"/>
    <w:rsid w:val="000E6A46"/>
    <w:rsid w:val="000E763F"/>
    <w:rsid w:val="000E789C"/>
    <w:rsid w:val="000F08C5"/>
    <w:rsid w:val="000F2217"/>
    <w:rsid w:val="000F28A3"/>
    <w:rsid w:val="000F4509"/>
    <w:rsid w:val="000F47D2"/>
    <w:rsid w:val="000F4C16"/>
    <w:rsid w:val="000F51F7"/>
    <w:rsid w:val="000F666E"/>
    <w:rsid w:val="000F6716"/>
    <w:rsid w:val="000F6F57"/>
    <w:rsid w:val="000F740F"/>
    <w:rsid w:val="0010001D"/>
    <w:rsid w:val="0010174B"/>
    <w:rsid w:val="00101B7F"/>
    <w:rsid w:val="00101E1D"/>
    <w:rsid w:val="001021B3"/>
    <w:rsid w:val="001023B0"/>
    <w:rsid w:val="00102D75"/>
    <w:rsid w:val="001033CB"/>
    <w:rsid w:val="00103E1D"/>
    <w:rsid w:val="001041F9"/>
    <w:rsid w:val="001045DF"/>
    <w:rsid w:val="001055CF"/>
    <w:rsid w:val="0010620D"/>
    <w:rsid w:val="00107091"/>
    <w:rsid w:val="001071D8"/>
    <w:rsid w:val="00107E15"/>
    <w:rsid w:val="001112A8"/>
    <w:rsid w:val="0011561B"/>
    <w:rsid w:val="00115854"/>
    <w:rsid w:val="0011745C"/>
    <w:rsid w:val="001176FD"/>
    <w:rsid w:val="0012248D"/>
    <w:rsid w:val="00122689"/>
    <w:rsid w:val="0012281A"/>
    <w:rsid w:val="001230E5"/>
    <w:rsid w:val="0012609B"/>
    <w:rsid w:val="001260C0"/>
    <w:rsid w:val="00126933"/>
    <w:rsid w:val="00126CA9"/>
    <w:rsid w:val="00130510"/>
    <w:rsid w:val="00130F26"/>
    <w:rsid w:val="0013413A"/>
    <w:rsid w:val="001355A4"/>
    <w:rsid w:val="00137D58"/>
    <w:rsid w:val="00137FD1"/>
    <w:rsid w:val="00141611"/>
    <w:rsid w:val="00141E34"/>
    <w:rsid w:val="001422C5"/>
    <w:rsid w:val="00142995"/>
    <w:rsid w:val="001437CF"/>
    <w:rsid w:val="001437ED"/>
    <w:rsid w:val="00143A58"/>
    <w:rsid w:val="00144167"/>
    <w:rsid w:val="00145134"/>
    <w:rsid w:val="001478E1"/>
    <w:rsid w:val="00147F93"/>
    <w:rsid w:val="00150601"/>
    <w:rsid w:val="0015074B"/>
    <w:rsid w:val="0015162F"/>
    <w:rsid w:val="00152521"/>
    <w:rsid w:val="001541AC"/>
    <w:rsid w:val="001559B8"/>
    <w:rsid w:val="00157C86"/>
    <w:rsid w:val="00160D5E"/>
    <w:rsid w:val="00161E69"/>
    <w:rsid w:val="00163B24"/>
    <w:rsid w:val="00164853"/>
    <w:rsid w:val="00164AD4"/>
    <w:rsid w:val="00165C29"/>
    <w:rsid w:val="0016609E"/>
    <w:rsid w:val="001663A3"/>
    <w:rsid w:val="0017029A"/>
    <w:rsid w:val="001707D3"/>
    <w:rsid w:val="0017101B"/>
    <w:rsid w:val="00171BD5"/>
    <w:rsid w:val="00172D48"/>
    <w:rsid w:val="00173AA4"/>
    <w:rsid w:val="00173CCC"/>
    <w:rsid w:val="001754E1"/>
    <w:rsid w:val="00180323"/>
    <w:rsid w:val="00180CB1"/>
    <w:rsid w:val="0018168B"/>
    <w:rsid w:val="00182641"/>
    <w:rsid w:val="00182E95"/>
    <w:rsid w:val="00183095"/>
    <w:rsid w:val="00184DCB"/>
    <w:rsid w:val="00185176"/>
    <w:rsid w:val="001862BD"/>
    <w:rsid w:val="00186A7F"/>
    <w:rsid w:val="001872E0"/>
    <w:rsid w:val="00187A7F"/>
    <w:rsid w:val="0019016B"/>
    <w:rsid w:val="00192D56"/>
    <w:rsid w:val="00192F2D"/>
    <w:rsid w:val="00193564"/>
    <w:rsid w:val="00195399"/>
    <w:rsid w:val="00195650"/>
    <w:rsid w:val="001964CE"/>
    <w:rsid w:val="00196D7F"/>
    <w:rsid w:val="00197066"/>
    <w:rsid w:val="001A0744"/>
    <w:rsid w:val="001A27D8"/>
    <w:rsid w:val="001A28F0"/>
    <w:rsid w:val="001A4CF2"/>
    <w:rsid w:val="001A5112"/>
    <w:rsid w:val="001A5998"/>
    <w:rsid w:val="001A7F8E"/>
    <w:rsid w:val="001B15DB"/>
    <w:rsid w:val="001B1A74"/>
    <w:rsid w:val="001B1D18"/>
    <w:rsid w:val="001B212B"/>
    <w:rsid w:val="001B4667"/>
    <w:rsid w:val="001B4C76"/>
    <w:rsid w:val="001B58DC"/>
    <w:rsid w:val="001B5C0A"/>
    <w:rsid w:val="001B69B7"/>
    <w:rsid w:val="001B75EC"/>
    <w:rsid w:val="001B7714"/>
    <w:rsid w:val="001B7910"/>
    <w:rsid w:val="001C08DB"/>
    <w:rsid w:val="001C17C8"/>
    <w:rsid w:val="001C1977"/>
    <w:rsid w:val="001C3920"/>
    <w:rsid w:val="001C3F03"/>
    <w:rsid w:val="001C43A1"/>
    <w:rsid w:val="001C4EBE"/>
    <w:rsid w:val="001C637D"/>
    <w:rsid w:val="001C6E23"/>
    <w:rsid w:val="001C6F08"/>
    <w:rsid w:val="001C7229"/>
    <w:rsid w:val="001D19E2"/>
    <w:rsid w:val="001D213D"/>
    <w:rsid w:val="001D2492"/>
    <w:rsid w:val="001D3FA2"/>
    <w:rsid w:val="001D409B"/>
    <w:rsid w:val="001D4B16"/>
    <w:rsid w:val="001D4BE5"/>
    <w:rsid w:val="001D5A7E"/>
    <w:rsid w:val="001D7482"/>
    <w:rsid w:val="001E149C"/>
    <w:rsid w:val="001E28BA"/>
    <w:rsid w:val="001E30BF"/>
    <w:rsid w:val="001E40AB"/>
    <w:rsid w:val="001E486E"/>
    <w:rsid w:val="001E5ADA"/>
    <w:rsid w:val="001E6677"/>
    <w:rsid w:val="001E76F5"/>
    <w:rsid w:val="001F102E"/>
    <w:rsid w:val="001F1830"/>
    <w:rsid w:val="001F1C3D"/>
    <w:rsid w:val="001F1F1C"/>
    <w:rsid w:val="001F2216"/>
    <w:rsid w:val="001F270A"/>
    <w:rsid w:val="001F46D1"/>
    <w:rsid w:val="001F4AB0"/>
    <w:rsid w:val="001F6185"/>
    <w:rsid w:val="002001DD"/>
    <w:rsid w:val="0020072F"/>
    <w:rsid w:val="00200E7E"/>
    <w:rsid w:val="00201431"/>
    <w:rsid w:val="00201561"/>
    <w:rsid w:val="00201A6D"/>
    <w:rsid w:val="0020246E"/>
    <w:rsid w:val="002037EB"/>
    <w:rsid w:val="00204419"/>
    <w:rsid w:val="0020519C"/>
    <w:rsid w:val="00205A43"/>
    <w:rsid w:val="0021013B"/>
    <w:rsid w:val="00210A3F"/>
    <w:rsid w:val="00211539"/>
    <w:rsid w:val="00212BAA"/>
    <w:rsid w:val="00213AA0"/>
    <w:rsid w:val="00214CC9"/>
    <w:rsid w:val="002162FD"/>
    <w:rsid w:val="002164B1"/>
    <w:rsid w:val="00216501"/>
    <w:rsid w:val="002171AC"/>
    <w:rsid w:val="00217AEC"/>
    <w:rsid w:val="00221B35"/>
    <w:rsid w:val="00221FDA"/>
    <w:rsid w:val="00222459"/>
    <w:rsid w:val="00223886"/>
    <w:rsid w:val="00225580"/>
    <w:rsid w:val="0022666A"/>
    <w:rsid w:val="002266BD"/>
    <w:rsid w:val="002269F1"/>
    <w:rsid w:val="0022772E"/>
    <w:rsid w:val="00227762"/>
    <w:rsid w:val="00227D2B"/>
    <w:rsid w:val="00227E02"/>
    <w:rsid w:val="00227F8A"/>
    <w:rsid w:val="00233165"/>
    <w:rsid w:val="00233627"/>
    <w:rsid w:val="0023558A"/>
    <w:rsid w:val="00235799"/>
    <w:rsid w:val="00235D72"/>
    <w:rsid w:val="00237E40"/>
    <w:rsid w:val="002439FE"/>
    <w:rsid w:val="002449F7"/>
    <w:rsid w:val="002458C3"/>
    <w:rsid w:val="0025102D"/>
    <w:rsid w:val="00251383"/>
    <w:rsid w:val="00252A22"/>
    <w:rsid w:val="00253B0D"/>
    <w:rsid w:val="00253ED9"/>
    <w:rsid w:val="0025469E"/>
    <w:rsid w:val="00254B9A"/>
    <w:rsid w:val="00254D04"/>
    <w:rsid w:val="002555E5"/>
    <w:rsid w:val="002568C5"/>
    <w:rsid w:val="002569B4"/>
    <w:rsid w:val="00256ED8"/>
    <w:rsid w:val="00260AEF"/>
    <w:rsid w:val="00260C34"/>
    <w:rsid w:val="00261881"/>
    <w:rsid w:val="0026247A"/>
    <w:rsid w:val="0026268E"/>
    <w:rsid w:val="002631F7"/>
    <w:rsid w:val="00263552"/>
    <w:rsid w:val="00264CF7"/>
    <w:rsid w:val="00265015"/>
    <w:rsid w:val="00265C88"/>
    <w:rsid w:val="00273E4A"/>
    <w:rsid w:val="002742EC"/>
    <w:rsid w:val="00276FD2"/>
    <w:rsid w:val="002779BB"/>
    <w:rsid w:val="002816E4"/>
    <w:rsid w:val="002833FA"/>
    <w:rsid w:val="00284B77"/>
    <w:rsid w:val="00286BB0"/>
    <w:rsid w:val="00287270"/>
    <w:rsid w:val="002876A6"/>
    <w:rsid w:val="00287704"/>
    <w:rsid w:val="0028796E"/>
    <w:rsid w:val="0028799B"/>
    <w:rsid w:val="00290306"/>
    <w:rsid w:val="002907E9"/>
    <w:rsid w:val="00290D46"/>
    <w:rsid w:val="002911F0"/>
    <w:rsid w:val="002919F3"/>
    <w:rsid w:val="00293C67"/>
    <w:rsid w:val="0029480A"/>
    <w:rsid w:val="0029639D"/>
    <w:rsid w:val="00297147"/>
    <w:rsid w:val="002A0C0C"/>
    <w:rsid w:val="002A22A2"/>
    <w:rsid w:val="002A3106"/>
    <w:rsid w:val="002A3BDF"/>
    <w:rsid w:val="002A4B7D"/>
    <w:rsid w:val="002A4DCC"/>
    <w:rsid w:val="002A4F4F"/>
    <w:rsid w:val="002A6095"/>
    <w:rsid w:val="002A6466"/>
    <w:rsid w:val="002B0B95"/>
    <w:rsid w:val="002B1A77"/>
    <w:rsid w:val="002B31C5"/>
    <w:rsid w:val="002B3288"/>
    <w:rsid w:val="002B4FA0"/>
    <w:rsid w:val="002B5A33"/>
    <w:rsid w:val="002B66D5"/>
    <w:rsid w:val="002B67F5"/>
    <w:rsid w:val="002B6BF0"/>
    <w:rsid w:val="002B6F3E"/>
    <w:rsid w:val="002C020D"/>
    <w:rsid w:val="002C1A9F"/>
    <w:rsid w:val="002C323C"/>
    <w:rsid w:val="002C52FA"/>
    <w:rsid w:val="002C5560"/>
    <w:rsid w:val="002C5D68"/>
    <w:rsid w:val="002D09C4"/>
    <w:rsid w:val="002D102D"/>
    <w:rsid w:val="002D12AB"/>
    <w:rsid w:val="002D1920"/>
    <w:rsid w:val="002D274C"/>
    <w:rsid w:val="002D28D2"/>
    <w:rsid w:val="002D3264"/>
    <w:rsid w:val="002D40F4"/>
    <w:rsid w:val="002D454D"/>
    <w:rsid w:val="002D5D5C"/>
    <w:rsid w:val="002D6199"/>
    <w:rsid w:val="002D68BE"/>
    <w:rsid w:val="002D7FD5"/>
    <w:rsid w:val="002E0527"/>
    <w:rsid w:val="002E0B68"/>
    <w:rsid w:val="002E0D82"/>
    <w:rsid w:val="002E0F49"/>
    <w:rsid w:val="002E2B5B"/>
    <w:rsid w:val="002E5DD6"/>
    <w:rsid w:val="002E60EE"/>
    <w:rsid w:val="002E62C7"/>
    <w:rsid w:val="002F158B"/>
    <w:rsid w:val="002F2C2E"/>
    <w:rsid w:val="002F32C2"/>
    <w:rsid w:val="002F335A"/>
    <w:rsid w:val="002F3BBF"/>
    <w:rsid w:val="002F4BF0"/>
    <w:rsid w:val="002F55E7"/>
    <w:rsid w:val="002F57A9"/>
    <w:rsid w:val="002F5BD6"/>
    <w:rsid w:val="002F6167"/>
    <w:rsid w:val="002F7146"/>
    <w:rsid w:val="00301E56"/>
    <w:rsid w:val="003021B0"/>
    <w:rsid w:val="00303571"/>
    <w:rsid w:val="00303594"/>
    <w:rsid w:val="003070A1"/>
    <w:rsid w:val="003071EA"/>
    <w:rsid w:val="003073A2"/>
    <w:rsid w:val="003107D6"/>
    <w:rsid w:val="0031119D"/>
    <w:rsid w:val="0031381A"/>
    <w:rsid w:val="00315A7A"/>
    <w:rsid w:val="00316B6F"/>
    <w:rsid w:val="00316B70"/>
    <w:rsid w:val="00320740"/>
    <w:rsid w:val="0032131A"/>
    <w:rsid w:val="003213EA"/>
    <w:rsid w:val="003235E3"/>
    <w:rsid w:val="00326184"/>
    <w:rsid w:val="00326319"/>
    <w:rsid w:val="0032699C"/>
    <w:rsid w:val="00326F90"/>
    <w:rsid w:val="00327814"/>
    <w:rsid w:val="003301F4"/>
    <w:rsid w:val="00330310"/>
    <w:rsid w:val="0033133E"/>
    <w:rsid w:val="00332767"/>
    <w:rsid w:val="00332BAD"/>
    <w:rsid w:val="00333130"/>
    <w:rsid w:val="00333432"/>
    <w:rsid w:val="00333701"/>
    <w:rsid w:val="00333844"/>
    <w:rsid w:val="00337826"/>
    <w:rsid w:val="00342163"/>
    <w:rsid w:val="00342752"/>
    <w:rsid w:val="00342E2F"/>
    <w:rsid w:val="00343EE4"/>
    <w:rsid w:val="00344352"/>
    <w:rsid w:val="00344ED1"/>
    <w:rsid w:val="003452ED"/>
    <w:rsid w:val="00345EA2"/>
    <w:rsid w:val="00346FA5"/>
    <w:rsid w:val="003474E5"/>
    <w:rsid w:val="00347A1C"/>
    <w:rsid w:val="00347AF8"/>
    <w:rsid w:val="003504CD"/>
    <w:rsid w:val="00351520"/>
    <w:rsid w:val="0035160A"/>
    <w:rsid w:val="00351851"/>
    <w:rsid w:val="003521F1"/>
    <w:rsid w:val="00352312"/>
    <w:rsid w:val="00354E14"/>
    <w:rsid w:val="0035686C"/>
    <w:rsid w:val="00356992"/>
    <w:rsid w:val="0035774B"/>
    <w:rsid w:val="00360F3B"/>
    <w:rsid w:val="003631F8"/>
    <w:rsid w:val="003646B8"/>
    <w:rsid w:val="003659DA"/>
    <w:rsid w:val="00366373"/>
    <w:rsid w:val="00367377"/>
    <w:rsid w:val="0036773B"/>
    <w:rsid w:val="00367B11"/>
    <w:rsid w:val="00370EA7"/>
    <w:rsid w:val="003716ED"/>
    <w:rsid w:val="003725C9"/>
    <w:rsid w:val="00372E18"/>
    <w:rsid w:val="003730E4"/>
    <w:rsid w:val="00374136"/>
    <w:rsid w:val="003746C2"/>
    <w:rsid w:val="003756E4"/>
    <w:rsid w:val="003765CA"/>
    <w:rsid w:val="003768AE"/>
    <w:rsid w:val="00380517"/>
    <w:rsid w:val="0038178C"/>
    <w:rsid w:val="00383040"/>
    <w:rsid w:val="0038439D"/>
    <w:rsid w:val="003859D6"/>
    <w:rsid w:val="0038600A"/>
    <w:rsid w:val="0038632F"/>
    <w:rsid w:val="00386667"/>
    <w:rsid w:val="00390FD8"/>
    <w:rsid w:val="00392E72"/>
    <w:rsid w:val="00394B33"/>
    <w:rsid w:val="00395F4A"/>
    <w:rsid w:val="00396C97"/>
    <w:rsid w:val="00397346"/>
    <w:rsid w:val="00397BD9"/>
    <w:rsid w:val="003A3A78"/>
    <w:rsid w:val="003A458E"/>
    <w:rsid w:val="003A5DDC"/>
    <w:rsid w:val="003A6500"/>
    <w:rsid w:val="003B0838"/>
    <w:rsid w:val="003B095E"/>
    <w:rsid w:val="003B0F49"/>
    <w:rsid w:val="003B1032"/>
    <w:rsid w:val="003B18C3"/>
    <w:rsid w:val="003B1AD4"/>
    <w:rsid w:val="003B3B2B"/>
    <w:rsid w:val="003B3E28"/>
    <w:rsid w:val="003B4685"/>
    <w:rsid w:val="003B5914"/>
    <w:rsid w:val="003B5AAD"/>
    <w:rsid w:val="003B72DB"/>
    <w:rsid w:val="003C1B37"/>
    <w:rsid w:val="003C27A1"/>
    <w:rsid w:val="003C526D"/>
    <w:rsid w:val="003C5830"/>
    <w:rsid w:val="003C6034"/>
    <w:rsid w:val="003C6608"/>
    <w:rsid w:val="003C6CC9"/>
    <w:rsid w:val="003D112E"/>
    <w:rsid w:val="003D3E6B"/>
    <w:rsid w:val="003D440F"/>
    <w:rsid w:val="003D4D8E"/>
    <w:rsid w:val="003D649B"/>
    <w:rsid w:val="003E123A"/>
    <w:rsid w:val="003E1BAF"/>
    <w:rsid w:val="003E3DE6"/>
    <w:rsid w:val="003E427F"/>
    <w:rsid w:val="003E4604"/>
    <w:rsid w:val="003E5106"/>
    <w:rsid w:val="003E5A96"/>
    <w:rsid w:val="003E6058"/>
    <w:rsid w:val="003E6396"/>
    <w:rsid w:val="003E677F"/>
    <w:rsid w:val="003E6A2E"/>
    <w:rsid w:val="003E6A34"/>
    <w:rsid w:val="003E74A3"/>
    <w:rsid w:val="003F01B5"/>
    <w:rsid w:val="003F1F5D"/>
    <w:rsid w:val="003F21AC"/>
    <w:rsid w:val="003F4F02"/>
    <w:rsid w:val="003F7944"/>
    <w:rsid w:val="0040129A"/>
    <w:rsid w:val="004014FA"/>
    <w:rsid w:val="004032D1"/>
    <w:rsid w:val="004034A8"/>
    <w:rsid w:val="0040350C"/>
    <w:rsid w:val="00403578"/>
    <w:rsid w:val="004038CA"/>
    <w:rsid w:val="004040DF"/>
    <w:rsid w:val="00404943"/>
    <w:rsid w:val="00404972"/>
    <w:rsid w:val="00407079"/>
    <w:rsid w:val="004077E2"/>
    <w:rsid w:val="00411615"/>
    <w:rsid w:val="00412A5D"/>
    <w:rsid w:val="00412F8F"/>
    <w:rsid w:val="00414682"/>
    <w:rsid w:val="00415BC3"/>
    <w:rsid w:val="00416410"/>
    <w:rsid w:val="0041684F"/>
    <w:rsid w:val="00416FF8"/>
    <w:rsid w:val="004209A2"/>
    <w:rsid w:val="004224CB"/>
    <w:rsid w:val="00422F13"/>
    <w:rsid w:val="0042310C"/>
    <w:rsid w:val="0042505F"/>
    <w:rsid w:val="00425439"/>
    <w:rsid w:val="00426B56"/>
    <w:rsid w:val="00430BEE"/>
    <w:rsid w:val="00431594"/>
    <w:rsid w:val="004320A1"/>
    <w:rsid w:val="0043236B"/>
    <w:rsid w:val="0043446F"/>
    <w:rsid w:val="004350D2"/>
    <w:rsid w:val="00435618"/>
    <w:rsid w:val="004366D1"/>
    <w:rsid w:val="0043680B"/>
    <w:rsid w:val="00440D67"/>
    <w:rsid w:val="00441480"/>
    <w:rsid w:val="00441F0E"/>
    <w:rsid w:val="00442AE9"/>
    <w:rsid w:val="0044377E"/>
    <w:rsid w:val="00443BFC"/>
    <w:rsid w:val="004443BA"/>
    <w:rsid w:val="00444D98"/>
    <w:rsid w:val="00453256"/>
    <w:rsid w:val="0045368E"/>
    <w:rsid w:val="00454530"/>
    <w:rsid w:val="004555C8"/>
    <w:rsid w:val="00455C5E"/>
    <w:rsid w:val="004562F7"/>
    <w:rsid w:val="00457256"/>
    <w:rsid w:val="00457D0B"/>
    <w:rsid w:val="00460032"/>
    <w:rsid w:val="004607E7"/>
    <w:rsid w:val="00461758"/>
    <w:rsid w:val="00461C4A"/>
    <w:rsid w:val="00461DA4"/>
    <w:rsid w:val="0046269C"/>
    <w:rsid w:val="004629B3"/>
    <w:rsid w:val="004634AE"/>
    <w:rsid w:val="00463CBA"/>
    <w:rsid w:val="00466E7D"/>
    <w:rsid w:val="004688A6"/>
    <w:rsid w:val="004702ED"/>
    <w:rsid w:val="00470E17"/>
    <w:rsid w:val="0047113C"/>
    <w:rsid w:val="00471507"/>
    <w:rsid w:val="00472113"/>
    <w:rsid w:val="004727C3"/>
    <w:rsid w:val="00472E08"/>
    <w:rsid w:val="00473A93"/>
    <w:rsid w:val="00473CA8"/>
    <w:rsid w:val="00475824"/>
    <w:rsid w:val="00475A7A"/>
    <w:rsid w:val="00477E79"/>
    <w:rsid w:val="00480A37"/>
    <w:rsid w:val="00481F1C"/>
    <w:rsid w:val="00482B54"/>
    <w:rsid w:val="00483BF5"/>
    <w:rsid w:val="004845BC"/>
    <w:rsid w:val="00486A42"/>
    <w:rsid w:val="00492C52"/>
    <w:rsid w:val="00494005"/>
    <w:rsid w:val="004942C7"/>
    <w:rsid w:val="00494590"/>
    <w:rsid w:val="004945A9"/>
    <w:rsid w:val="004946CB"/>
    <w:rsid w:val="004A12DD"/>
    <w:rsid w:val="004A18EB"/>
    <w:rsid w:val="004A2ABF"/>
    <w:rsid w:val="004A2C6F"/>
    <w:rsid w:val="004A3405"/>
    <w:rsid w:val="004A3631"/>
    <w:rsid w:val="004A3927"/>
    <w:rsid w:val="004A4738"/>
    <w:rsid w:val="004A56E7"/>
    <w:rsid w:val="004A5DCF"/>
    <w:rsid w:val="004A6C3D"/>
    <w:rsid w:val="004B053E"/>
    <w:rsid w:val="004B1DD3"/>
    <w:rsid w:val="004B2CC7"/>
    <w:rsid w:val="004B3810"/>
    <w:rsid w:val="004B3D13"/>
    <w:rsid w:val="004B55E3"/>
    <w:rsid w:val="004B6469"/>
    <w:rsid w:val="004B6937"/>
    <w:rsid w:val="004C02C6"/>
    <w:rsid w:val="004C044B"/>
    <w:rsid w:val="004C08BF"/>
    <w:rsid w:val="004C1018"/>
    <w:rsid w:val="004C4625"/>
    <w:rsid w:val="004C4DEE"/>
    <w:rsid w:val="004C4F0A"/>
    <w:rsid w:val="004C54B5"/>
    <w:rsid w:val="004D0082"/>
    <w:rsid w:val="004D081B"/>
    <w:rsid w:val="004D190F"/>
    <w:rsid w:val="004D1FDF"/>
    <w:rsid w:val="004D221C"/>
    <w:rsid w:val="004D5392"/>
    <w:rsid w:val="004D688E"/>
    <w:rsid w:val="004D72E9"/>
    <w:rsid w:val="004D7528"/>
    <w:rsid w:val="004E1F5C"/>
    <w:rsid w:val="004E37AD"/>
    <w:rsid w:val="004E490F"/>
    <w:rsid w:val="004E4B72"/>
    <w:rsid w:val="004E5972"/>
    <w:rsid w:val="004E6A6A"/>
    <w:rsid w:val="004E6E83"/>
    <w:rsid w:val="004E719B"/>
    <w:rsid w:val="004F2FC9"/>
    <w:rsid w:val="004F309E"/>
    <w:rsid w:val="004F44AE"/>
    <w:rsid w:val="004F4C41"/>
    <w:rsid w:val="004F4D4A"/>
    <w:rsid w:val="004F51A2"/>
    <w:rsid w:val="004F5311"/>
    <w:rsid w:val="004F6AFC"/>
    <w:rsid w:val="004F7792"/>
    <w:rsid w:val="00500D91"/>
    <w:rsid w:val="005026EB"/>
    <w:rsid w:val="005036A1"/>
    <w:rsid w:val="00503EA2"/>
    <w:rsid w:val="005047B2"/>
    <w:rsid w:val="0050518C"/>
    <w:rsid w:val="005064DF"/>
    <w:rsid w:val="00506573"/>
    <w:rsid w:val="00506D6D"/>
    <w:rsid w:val="005115C5"/>
    <w:rsid w:val="00513004"/>
    <w:rsid w:val="0051322B"/>
    <w:rsid w:val="0051506C"/>
    <w:rsid w:val="005166C5"/>
    <w:rsid w:val="00520110"/>
    <w:rsid w:val="005202F9"/>
    <w:rsid w:val="00520494"/>
    <w:rsid w:val="00520D81"/>
    <w:rsid w:val="005215E7"/>
    <w:rsid w:val="00521EDC"/>
    <w:rsid w:val="00522527"/>
    <w:rsid w:val="005227FC"/>
    <w:rsid w:val="0052323E"/>
    <w:rsid w:val="00523D09"/>
    <w:rsid w:val="00524433"/>
    <w:rsid w:val="00524702"/>
    <w:rsid w:val="0052487C"/>
    <w:rsid w:val="005265F3"/>
    <w:rsid w:val="0052661F"/>
    <w:rsid w:val="00526651"/>
    <w:rsid w:val="00526C25"/>
    <w:rsid w:val="00530282"/>
    <w:rsid w:val="00530E36"/>
    <w:rsid w:val="00531A5C"/>
    <w:rsid w:val="005320E9"/>
    <w:rsid w:val="00532A0A"/>
    <w:rsid w:val="0053328C"/>
    <w:rsid w:val="005334A3"/>
    <w:rsid w:val="0053356D"/>
    <w:rsid w:val="00533DE1"/>
    <w:rsid w:val="0053556D"/>
    <w:rsid w:val="00536CC9"/>
    <w:rsid w:val="005372F0"/>
    <w:rsid w:val="00540837"/>
    <w:rsid w:val="0054149C"/>
    <w:rsid w:val="005416EE"/>
    <w:rsid w:val="00542338"/>
    <w:rsid w:val="00542902"/>
    <w:rsid w:val="0054399C"/>
    <w:rsid w:val="00545369"/>
    <w:rsid w:val="00545F20"/>
    <w:rsid w:val="00546BE9"/>
    <w:rsid w:val="00553327"/>
    <w:rsid w:val="00553B6E"/>
    <w:rsid w:val="005541EA"/>
    <w:rsid w:val="00554942"/>
    <w:rsid w:val="005553DB"/>
    <w:rsid w:val="00557807"/>
    <w:rsid w:val="00560496"/>
    <w:rsid w:val="00560EDC"/>
    <w:rsid w:val="00562788"/>
    <w:rsid w:val="00562AD1"/>
    <w:rsid w:val="005639F3"/>
    <w:rsid w:val="00563A7B"/>
    <w:rsid w:val="00564006"/>
    <w:rsid w:val="00565C31"/>
    <w:rsid w:val="00566480"/>
    <w:rsid w:val="0056791A"/>
    <w:rsid w:val="00570377"/>
    <w:rsid w:val="0057038B"/>
    <w:rsid w:val="00570F7A"/>
    <w:rsid w:val="005714B2"/>
    <w:rsid w:val="00572933"/>
    <w:rsid w:val="00572BBA"/>
    <w:rsid w:val="00572C2D"/>
    <w:rsid w:val="00572DF5"/>
    <w:rsid w:val="005732B8"/>
    <w:rsid w:val="00573807"/>
    <w:rsid w:val="0057570D"/>
    <w:rsid w:val="005763F2"/>
    <w:rsid w:val="0057673C"/>
    <w:rsid w:val="00586071"/>
    <w:rsid w:val="0058651F"/>
    <w:rsid w:val="00587B6D"/>
    <w:rsid w:val="00587BDA"/>
    <w:rsid w:val="005910B8"/>
    <w:rsid w:val="00592783"/>
    <w:rsid w:val="0059394E"/>
    <w:rsid w:val="00593D8C"/>
    <w:rsid w:val="00594069"/>
    <w:rsid w:val="005A1F1C"/>
    <w:rsid w:val="005A29BF"/>
    <w:rsid w:val="005A4708"/>
    <w:rsid w:val="005A7352"/>
    <w:rsid w:val="005A7B14"/>
    <w:rsid w:val="005B1288"/>
    <w:rsid w:val="005B250F"/>
    <w:rsid w:val="005B45D2"/>
    <w:rsid w:val="005B4C97"/>
    <w:rsid w:val="005B4E10"/>
    <w:rsid w:val="005B62FA"/>
    <w:rsid w:val="005B72B2"/>
    <w:rsid w:val="005B7334"/>
    <w:rsid w:val="005B79D0"/>
    <w:rsid w:val="005C0636"/>
    <w:rsid w:val="005C086F"/>
    <w:rsid w:val="005C24E1"/>
    <w:rsid w:val="005C3D08"/>
    <w:rsid w:val="005C4AAB"/>
    <w:rsid w:val="005C4DEA"/>
    <w:rsid w:val="005D1DF1"/>
    <w:rsid w:val="005D1F62"/>
    <w:rsid w:val="005D21DD"/>
    <w:rsid w:val="005D28B3"/>
    <w:rsid w:val="005D352A"/>
    <w:rsid w:val="005D4AE7"/>
    <w:rsid w:val="005D6699"/>
    <w:rsid w:val="005D6C33"/>
    <w:rsid w:val="005E1281"/>
    <w:rsid w:val="005E6B8F"/>
    <w:rsid w:val="005E73F7"/>
    <w:rsid w:val="005E7EBE"/>
    <w:rsid w:val="005F070C"/>
    <w:rsid w:val="005F1B7A"/>
    <w:rsid w:val="005F66A1"/>
    <w:rsid w:val="005F6FF1"/>
    <w:rsid w:val="005F78E6"/>
    <w:rsid w:val="005F7F79"/>
    <w:rsid w:val="006011EA"/>
    <w:rsid w:val="006025DA"/>
    <w:rsid w:val="00602A84"/>
    <w:rsid w:val="00603215"/>
    <w:rsid w:val="0060327C"/>
    <w:rsid w:val="006049FF"/>
    <w:rsid w:val="00605445"/>
    <w:rsid w:val="00606201"/>
    <w:rsid w:val="00607404"/>
    <w:rsid w:val="00607792"/>
    <w:rsid w:val="00610B7C"/>
    <w:rsid w:val="00612010"/>
    <w:rsid w:val="006139BC"/>
    <w:rsid w:val="00614519"/>
    <w:rsid w:val="00614CA2"/>
    <w:rsid w:val="00614CAA"/>
    <w:rsid w:val="00616E71"/>
    <w:rsid w:val="006173EC"/>
    <w:rsid w:val="00622AA2"/>
    <w:rsid w:val="00623942"/>
    <w:rsid w:val="00623C03"/>
    <w:rsid w:val="00626814"/>
    <w:rsid w:val="00626E73"/>
    <w:rsid w:val="0063060C"/>
    <w:rsid w:val="00631F4C"/>
    <w:rsid w:val="006337C9"/>
    <w:rsid w:val="0063468E"/>
    <w:rsid w:val="00634B77"/>
    <w:rsid w:val="00635245"/>
    <w:rsid w:val="00636392"/>
    <w:rsid w:val="00637D1E"/>
    <w:rsid w:val="00643009"/>
    <w:rsid w:val="00643514"/>
    <w:rsid w:val="00643AB6"/>
    <w:rsid w:val="00644BF6"/>
    <w:rsid w:val="006456CA"/>
    <w:rsid w:val="006464EB"/>
    <w:rsid w:val="00651589"/>
    <w:rsid w:val="0065433A"/>
    <w:rsid w:val="0065442F"/>
    <w:rsid w:val="006569DD"/>
    <w:rsid w:val="00657E1B"/>
    <w:rsid w:val="0066084E"/>
    <w:rsid w:val="00660BCC"/>
    <w:rsid w:val="006623BE"/>
    <w:rsid w:val="00662458"/>
    <w:rsid w:val="00662A86"/>
    <w:rsid w:val="00663086"/>
    <w:rsid w:val="006645CC"/>
    <w:rsid w:val="0066461D"/>
    <w:rsid w:val="00664B95"/>
    <w:rsid w:val="006659B4"/>
    <w:rsid w:val="0066618A"/>
    <w:rsid w:val="0066714A"/>
    <w:rsid w:val="00667769"/>
    <w:rsid w:val="006701B0"/>
    <w:rsid w:val="0067049C"/>
    <w:rsid w:val="0067164C"/>
    <w:rsid w:val="00671F3C"/>
    <w:rsid w:val="00672B78"/>
    <w:rsid w:val="0067371E"/>
    <w:rsid w:val="00673E66"/>
    <w:rsid w:val="00674263"/>
    <w:rsid w:val="006744F4"/>
    <w:rsid w:val="00675C46"/>
    <w:rsid w:val="00676317"/>
    <w:rsid w:val="00677181"/>
    <w:rsid w:val="00680DD2"/>
    <w:rsid w:val="00682BD8"/>
    <w:rsid w:val="00683736"/>
    <w:rsid w:val="006839A4"/>
    <w:rsid w:val="00683E34"/>
    <w:rsid w:val="006868DD"/>
    <w:rsid w:val="00687BF4"/>
    <w:rsid w:val="00691FFE"/>
    <w:rsid w:val="0069214E"/>
    <w:rsid w:val="006923F2"/>
    <w:rsid w:val="00692B8E"/>
    <w:rsid w:val="00693194"/>
    <w:rsid w:val="00697449"/>
    <w:rsid w:val="006A175B"/>
    <w:rsid w:val="006A26DD"/>
    <w:rsid w:val="006A2A75"/>
    <w:rsid w:val="006A6286"/>
    <w:rsid w:val="006A7B8A"/>
    <w:rsid w:val="006A7D48"/>
    <w:rsid w:val="006B0626"/>
    <w:rsid w:val="006B27C2"/>
    <w:rsid w:val="006B46BA"/>
    <w:rsid w:val="006B4A51"/>
    <w:rsid w:val="006B6344"/>
    <w:rsid w:val="006B6F0A"/>
    <w:rsid w:val="006B7E9F"/>
    <w:rsid w:val="006B7F7E"/>
    <w:rsid w:val="006C18CC"/>
    <w:rsid w:val="006C1EB3"/>
    <w:rsid w:val="006C23AB"/>
    <w:rsid w:val="006C242A"/>
    <w:rsid w:val="006C30D0"/>
    <w:rsid w:val="006C4C96"/>
    <w:rsid w:val="006C7061"/>
    <w:rsid w:val="006C73D5"/>
    <w:rsid w:val="006D0C1A"/>
    <w:rsid w:val="006D0FA8"/>
    <w:rsid w:val="006D134B"/>
    <w:rsid w:val="006D1779"/>
    <w:rsid w:val="006D1968"/>
    <w:rsid w:val="006D3028"/>
    <w:rsid w:val="006D316A"/>
    <w:rsid w:val="006D4A3E"/>
    <w:rsid w:val="006D5097"/>
    <w:rsid w:val="006D5301"/>
    <w:rsid w:val="006D58AA"/>
    <w:rsid w:val="006D5D95"/>
    <w:rsid w:val="006D6465"/>
    <w:rsid w:val="006D7517"/>
    <w:rsid w:val="006E0E7C"/>
    <w:rsid w:val="006E1282"/>
    <w:rsid w:val="006E2971"/>
    <w:rsid w:val="006E309C"/>
    <w:rsid w:val="006E332F"/>
    <w:rsid w:val="006E508F"/>
    <w:rsid w:val="006E659D"/>
    <w:rsid w:val="006E6A1F"/>
    <w:rsid w:val="006E6A6F"/>
    <w:rsid w:val="006E71E5"/>
    <w:rsid w:val="006E72F9"/>
    <w:rsid w:val="006E75B8"/>
    <w:rsid w:val="006F18AC"/>
    <w:rsid w:val="006F2515"/>
    <w:rsid w:val="006F47E7"/>
    <w:rsid w:val="006F4F0E"/>
    <w:rsid w:val="006F69D7"/>
    <w:rsid w:val="006F6C08"/>
    <w:rsid w:val="006F6E3F"/>
    <w:rsid w:val="006F7077"/>
    <w:rsid w:val="006F7804"/>
    <w:rsid w:val="006F7E44"/>
    <w:rsid w:val="00700F4F"/>
    <w:rsid w:val="00701DB8"/>
    <w:rsid w:val="00702D93"/>
    <w:rsid w:val="0070344F"/>
    <w:rsid w:val="0070574C"/>
    <w:rsid w:val="00705F4D"/>
    <w:rsid w:val="00706086"/>
    <w:rsid w:val="007109C7"/>
    <w:rsid w:val="00710AC4"/>
    <w:rsid w:val="00710CD3"/>
    <w:rsid w:val="007117DC"/>
    <w:rsid w:val="00712204"/>
    <w:rsid w:val="00712333"/>
    <w:rsid w:val="007129AE"/>
    <w:rsid w:val="00713719"/>
    <w:rsid w:val="00713B85"/>
    <w:rsid w:val="0071459D"/>
    <w:rsid w:val="007161F0"/>
    <w:rsid w:val="00716481"/>
    <w:rsid w:val="00720028"/>
    <w:rsid w:val="00720494"/>
    <w:rsid w:val="0072074A"/>
    <w:rsid w:val="00720CA1"/>
    <w:rsid w:val="00721262"/>
    <w:rsid w:val="00721C6F"/>
    <w:rsid w:val="00721DC2"/>
    <w:rsid w:val="0072388C"/>
    <w:rsid w:val="00724024"/>
    <w:rsid w:val="007262F9"/>
    <w:rsid w:val="0072677F"/>
    <w:rsid w:val="00726792"/>
    <w:rsid w:val="00733101"/>
    <w:rsid w:val="00734D24"/>
    <w:rsid w:val="00735926"/>
    <w:rsid w:val="00736224"/>
    <w:rsid w:val="00736315"/>
    <w:rsid w:val="007371FB"/>
    <w:rsid w:val="00740614"/>
    <w:rsid w:val="007410ED"/>
    <w:rsid w:val="00741198"/>
    <w:rsid w:val="00743524"/>
    <w:rsid w:val="00743725"/>
    <w:rsid w:val="00743E72"/>
    <w:rsid w:val="00744921"/>
    <w:rsid w:val="00745BD6"/>
    <w:rsid w:val="00745F15"/>
    <w:rsid w:val="00745F99"/>
    <w:rsid w:val="00746BFF"/>
    <w:rsid w:val="00753229"/>
    <w:rsid w:val="007535CA"/>
    <w:rsid w:val="00753A2D"/>
    <w:rsid w:val="0075421F"/>
    <w:rsid w:val="00756F61"/>
    <w:rsid w:val="00757327"/>
    <w:rsid w:val="0076039D"/>
    <w:rsid w:val="0076276F"/>
    <w:rsid w:val="00762C29"/>
    <w:rsid w:val="0076394F"/>
    <w:rsid w:val="00765638"/>
    <w:rsid w:val="00765E70"/>
    <w:rsid w:val="00765EA2"/>
    <w:rsid w:val="00766CF0"/>
    <w:rsid w:val="00767382"/>
    <w:rsid w:val="0076759C"/>
    <w:rsid w:val="00770666"/>
    <w:rsid w:val="007709A6"/>
    <w:rsid w:val="00772487"/>
    <w:rsid w:val="0077459B"/>
    <w:rsid w:val="007758A2"/>
    <w:rsid w:val="007769D1"/>
    <w:rsid w:val="00777FFE"/>
    <w:rsid w:val="007806C2"/>
    <w:rsid w:val="007806C9"/>
    <w:rsid w:val="00780BB4"/>
    <w:rsid w:val="00781DE6"/>
    <w:rsid w:val="00781FA3"/>
    <w:rsid w:val="00783E09"/>
    <w:rsid w:val="007849DD"/>
    <w:rsid w:val="00785270"/>
    <w:rsid w:val="00785653"/>
    <w:rsid w:val="007877EF"/>
    <w:rsid w:val="00791FE9"/>
    <w:rsid w:val="00792CF3"/>
    <w:rsid w:val="00795589"/>
    <w:rsid w:val="00795A23"/>
    <w:rsid w:val="00797FCC"/>
    <w:rsid w:val="007A071F"/>
    <w:rsid w:val="007A0E7C"/>
    <w:rsid w:val="007A305A"/>
    <w:rsid w:val="007A35C4"/>
    <w:rsid w:val="007A4F1B"/>
    <w:rsid w:val="007A604D"/>
    <w:rsid w:val="007A6DED"/>
    <w:rsid w:val="007A79E6"/>
    <w:rsid w:val="007A7F69"/>
    <w:rsid w:val="007B03AF"/>
    <w:rsid w:val="007B06F1"/>
    <w:rsid w:val="007B0ADC"/>
    <w:rsid w:val="007B1576"/>
    <w:rsid w:val="007B1B0E"/>
    <w:rsid w:val="007B504E"/>
    <w:rsid w:val="007B5391"/>
    <w:rsid w:val="007B769D"/>
    <w:rsid w:val="007C0B4D"/>
    <w:rsid w:val="007C1078"/>
    <w:rsid w:val="007C2BBD"/>
    <w:rsid w:val="007C4004"/>
    <w:rsid w:val="007C42A1"/>
    <w:rsid w:val="007C5827"/>
    <w:rsid w:val="007C5ED2"/>
    <w:rsid w:val="007C6380"/>
    <w:rsid w:val="007C63B4"/>
    <w:rsid w:val="007D1E3E"/>
    <w:rsid w:val="007D2024"/>
    <w:rsid w:val="007D36CF"/>
    <w:rsid w:val="007D3ED6"/>
    <w:rsid w:val="007D5841"/>
    <w:rsid w:val="007D5F0F"/>
    <w:rsid w:val="007D658F"/>
    <w:rsid w:val="007D6BC3"/>
    <w:rsid w:val="007D6D3D"/>
    <w:rsid w:val="007D70D5"/>
    <w:rsid w:val="007D72E2"/>
    <w:rsid w:val="007E1153"/>
    <w:rsid w:val="007E33F1"/>
    <w:rsid w:val="007E3C96"/>
    <w:rsid w:val="007E42E9"/>
    <w:rsid w:val="007E54B6"/>
    <w:rsid w:val="007F18A0"/>
    <w:rsid w:val="007F19B7"/>
    <w:rsid w:val="007F3DE1"/>
    <w:rsid w:val="007F4F68"/>
    <w:rsid w:val="007F7381"/>
    <w:rsid w:val="007F7C50"/>
    <w:rsid w:val="008009D1"/>
    <w:rsid w:val="00801C2E"/>
    <w:rsid w:val="00803F6A"/>
    <w:rsid w:val="0080727B"/>
    <w:rsid w:val="00807CCE"/>
    <w:rsid w:val="00807CFA"/>
    <w:rsid w:val="00810CC0"/>
    <w:rsid w:val="00810DAE"/>
    <w:rsid w:val="00811DAF"/>
    <w:rsid w:val="00812469"/>
    <w:rsid w:val="00812544"/>
    <w:rsid w:val="00812578"/>
    <w:rsid w:val="00813161"/>
    <w:rsid w:val="00813565"/>
    <w:rsid w:val="00813D24"/>
    <w:rsid w:val="008150A9"/>
    <w:rsid w:val="00815A59"/>
    <w:rsid w:val="00816ABA"/>
    <w:rsid w:val="00817CDA"/>
    <w:rsid w:val="008206CE"/>
    <w:rsid w:val="00820A06"/>
    <w:rsid w:val="00820BF7"/>
    <w:rsid w:val="008218AD"/>
    <w:rsid w:val="00823962"/>
    <w:rsid w:val="00823FB6"/>
    <w:rsid w:val="00826657"/>
    <w:rsid w:val="00826E8E"/>
    <w:rsid w:val="008301DE"/>
    <w:rsid w:val="00831738"/>
    <w:rsid w:val="00831DAD"/>
    <w:rsid w:val="008327A3"/>
    <w:rsid w:val="00832EDC"/>
    <w:rsid w:val="00832F84"/>
    <w:rsid w:val="00833455"/>
    <w:rsid w:val="008335D1"/>
    <w:rsid w:val="00836006"/>
    <w:rsid w:val="00836392"/>
    <w:rsid w:val="00836887"/>
    <w:rsid w:val="00841D25"/>
    <w:rsid w:val="0084220E"/>
    <w:rsid w:val="00842A15"/>
    <w:rsid w:val="008445A3"/>
    <w:rsid w:val="00844EE3"/>
    <w:rsid w:val="0084580F"/>
    <w:rsid w:val="00845F96"/>
    <w:rsid w:val="00846A2E"/>
    <w:rsid w:val="00852930"/>
    <w:rsid w:val="00855F08"/>
    <w:rsid w:val="008561D6"/>
    <w:rsid w:val="0085690F"/>
    <w:rsid w:val="00857710"/>
    <w:rsid w:val="008601DB"/>
    <w:rsid w:val="008619E0"/>
    <w:rsid w:val="00861FE8"/>
    <w:rsid w:val="0086429D"/>
    <w:rsid w:val="00864C71"/>
    <w:rsid w:val="00866693"/>
    <w:rsid w:val="00866B77"/>
    <w:rsid w:val="00867303"/>
    <w:rsid w:val="008710F1"/>
    <w:rsid w:val="008724CE"/>
    <w:rsid w:val="00872B20"/>
    <w:rsid w:val="00872DF8"/>
    <w:rsid w:val="008740AF"/>
    <w:rsid w:val="0087503D"/>
    <w:rsid w:val="00875B45"/>
    <w:rsid w:val="00876394"/>
    <w:rsid w:val="00876A0B"/>
    <w:rsid w:val="00877314"/>
    <w:rsid w:val="0088143A"/>
    <w:rsid w:val="00881AF9"/>
    <w:rsid w:val="00881EB3"/>
    <w:rsid w:val="00883720"/>
    <w:rsid w:val="00883AB6"/>
    <w:rsid w:val="00884A73"/>
    <w:rsid w:val="00884FB3"/>
    <w:rsid w:val="008856FC"/>
    <w:rsid w:val="008864D7"/>
    <w:rsid w:val="00886848"/>
    <w:rsid w:val="00887721"/>
    <w:rsid w:val="0089000E"/>
    <w:rsid w:val="0089318C"/>
    <w:rsid w:val="008935CB"/>
    <w:rsid w:val="00895184"/>
    <w:rsid w:val="008954E8"/>
    <w:rsid w:val="00897083"/>
    <w:rsid w:val="0089732B"/>
    <w:rsid w:val="008A0256"/>
    <w:rsid w:val="008A23EF"/>
    <w:rsid w:val="008A257E"/>
    <w:rsid w:val="008A2742"/>
    <w:rsid w:val="008A334D"/>
    <w:rsid w:val="008A3928"/>
    <w:rsid w:val="008A4808"/>
    <w:rsid w:val="008A4EF8"/>
    <w:rsid w:val="008A6139"/>
    <w:rsid w:val="008A6FE0"/>
    <w:rsid w:val="008A7F9A"/>
    <w:rsid w:val="008B20BC"/>
    <w:rsid w:val="008B28E8"/>
    <w:rsid w:val="008B4CC8"/>
    <w:rsid w:val="008B6C23"/>
    <w:rsid w:val="008B7D23"/>
    <w:rsid w:val="008C0336"/>
    <w:rsid w:val="008C0416"/>
    <w:rsid w:val="008C0F05"/>
    <w:rsid w:val="008C0F96"/>
    <w:rsid w:val="008C1A64"/>
    <w:rsid w:val="008C38BB"/>
    <w:rsid w:val="008C42E8"/>
    <w:rsid w:val="008C509E"/>
    <w:rsid w:val="008C552F"/>
    <w:rsid w:val="008C61A9"/>
    <w:rsid w:val="008C71C1"/>
    <w:rsid w:val="008C7998"/>
    <w:rsid w:val="008C7A13"/>
    <w:rsid w:val="008C7C72"/>
    <w:rsid w:val="008D0BB9"/>
    <w:rsid w:val="008D10FF"/>
    <w:rsid w:val="008D17E9"/>
    <w:rsid w:val="008D1869"/>
    <w:rsid w:val="008D2340"/>
    <w:rsid w:val="008D29BE"/>
    <w:rsid w:val="008D2ECE"/>
    <w:rsid w:val="008D320F"/>
    <w:rsid w:val="008D3875"/>
    <w:rsid w:val="008D4F91"/>
    <w:rsid w:val="008D5186"/>
    <w:rsid w:val="008D62CC"/>
    <w:rsid w:val="008D6ADF"/>
    <w:rsid w:val="008D7DF0"/>
    <w:rsid w:val="008E028F"/>
    <w:rsid w:val="008E0A1B"/>
    <w:rsid w:val="008E2354"/>
    <w:rsid w:val="008E2E8F"/>
    <w:rsid w:val="008E3F1E"/>
    <w:rsid w:val="008E4036"/>
    <w:rsid w:val="008E4396"/>
    <w:rsid w:val="008F21B5"/>
    <w:rsid w:val="008F2A78"/>
    <w:rsid w:val="008F53F1"/>
    <w:rsid w:val="008F5804"/>
    <w:rsid w:val="008F7E5B"/>
    <w:rsid w:val="00901FD0"/>
    <w:rsid w:val="00901FFE"/>
    <w:rsid w:val="00902B8C"/>
    <w:rsid w:val="00902F16"/>
    <w:rsid w:val="00905A0B"/>
    <w:rsid w:val="00906BE2"/>
    <w:rsid w:val="009127D9"/>
    <w:rsid w:val="00912C3A"/>
    <w:rsid w:val="00912EE5"/>
    <w:rsid w:val="0091352F"/>
    <w:rsid w:val="009159FB"/>
    <w:rsid w:val="009160E5"/>
    <w:rsid w:val="009165E0"/>
    <w:rsid w:val="009166C8"/>
    <w:rsid w:val="009176A6"/>
    <w:rsid w:val="009219E1"/>
    <w:rsid w:val="00921DE1"/>
    <w:rsid w:val="00922CA0"/>
    <w:rsid w:val="00923C95"/>
    <w:rsid w:val="009242A9"/>
    <w:rsid w:val="00924F9A"/>
    <w:rsid w:val="009251FD"/>
    <w:rsid w:val="00926541"/>
    <w:rsid w:val="009268AB"/>
    <w:rsid w:val="00926B50"/>
    <w:rsid w:val="00927A85"/>
    <w:rsid w:val="009301BF"/>
    <w:rsid w:val="00930C4A"/>
    <w:rsid w:val="00931748"/>
    <w:rsid w:val="00931800"/>
    <w:rsid w:val="00932AFD"/>
    <w:rsid w:val="00932C12"/>
    <w:rsid w:val="00933944"/>
    <w:rsid w:val="00933E87"/>
    <w:rsid w:val="00933FCE"/>
    <w:rsid w:val="009348B5"/>
    <w:rsid w:val="00936426"/>
    <w:rsid w:val="00936919"/>
    <w:rsid w:val="009370D2"/>
    <w:rsid w:val="0093738D"/>
    <w:rsid w:val="00937579"/>
    <w:rsid w:val="00940878"/>
    <w:rsid w:val="009413AC"/>
    <w:rsid w:val="00941AE9"/>
    <w:rsid w:val="00941BB6"/>
    <w:rsid w:val="00941ED4"/>
    <w:rsid w:val="00943975"/>
    <w:rsid w:val="009439BF"/>
    <w:rsid w:val="0094402D"/>
    <w:rsid w:val="00945AF8"/>
    <w:rsid w:val="00946E76"/>
    <w:rsid w:val="00950F4A"/>
    <w:rsid w:val="009511BF"/>
    <w:rsid w:val="00951291"/>
    <w:rsid w:val="00953739"/>
    <w:rsid w:val="0095431F"/>
    <w:rsid w:val="00954C6E"/>
    <w:rsid w:val="00955616"/>
    <w:rsid w:val="00956116"/>
    <w:rsid w:val="0095678F"/>
    <w:rsid w:val="0096039C"/>
    <w:rsid w:val="00960C99"/>
    <w:rsid w:val="00960D7A"/>
    <w:rsid w:val="009619FA"/>
    <w:rsid w:val="009620F0"/>
    <w:rsid w:val="0096280C"/>
    <w:rsid w:val="00962CF1"/>
    <w:rsid w:val="00962E6D"/>
    <w:rsid w:val="00965453"/>
    <w:rsid w:val="009654E1"/>
    <w:rsid w:val="0096754F"/>
    <w:rsid w:val="009719F0"/>
    <w:rsid w:val="0097280F"/>
    <w:rsid w:val="009731A1"/>
    <w:rsid w:val="00973491"/>
    <w:rsid w:val="009734F8"/>
    <w:rsid w:val="00973823"/>
    <w:rsid w:val="00975EAF"/>
    <w:rsid w:val="00977266"/>
    <w:rsid w:val="00977281"/>
    <w:rsid w:val="00982CF6"/>
    <w:rsid w:val="00985637"/>
    <w:rsid w:val="00986343"/>
    <w:rsid w:val="00986B3F"/>
    <w:rsid w:val="00987378"/>
    <w:rsid w:val="009907FA"/>
    <w:rsid w:val="0099087A"/>
    <w:rsid w:val="00990919"/>
    <w:rsid w:val="00991441"/>
    <w:rsid w:val="00991704"/>
    <w:rsid w:val="00991833"/>
    <w:rsid w:val="00991F95"/>
    <w:rsid w:val="00992131"/>
    <w:rsid w:val="00992AAF"/>
    <w:rsid w:val="0099399C"/>
    <w:rsid w:val="00993DA0"/>
    <w:rsid w:val="00994D3A"/>
    <w:rsid w:val="009950B0"/>
    <w:rsid w:val="00995646"/>
    <w:rsid w:val="009963DA"/>
    <w:rsid w:val="009964B6"/>
    <w:rsid w:val="0099666B"/>
    <w:rsid w:val="00997113"/>
    <w:rsid w:val="009974C5"/>
    <w:rsid w:val="0099791E"/>
    <w:rsid w:val="009A18F8"/>
    <w:rsid w:val="009A1A39"/>
    <w:rsid w:val="009A2506"/>
    <w:rsid w:val="009A251C"/>
    <w:rsid w:val="009A2677"/>
    <w:rsid w:val="009A29CD"/>
    <w:rsid w:val="009A2DBA"/>
    <w:rsid w:val="009A466E"/>
    <w:rsid w:val="009A5B84"/>
    <w:rsid w:val="009A670B"/>
    <w:rsid w:val="009A6A11"/>
    <w:rsid w:val="009B02DA"/>
    <w:rsid w:val="009B06C8"/>
    <w:rsid w:val="009B088B"/>
    <w:rsid w:val="009B111E"/>
    <w:rsid w:val="009B18AB"/>
    <w:rsid w:val="009B2755"/>
    <w:rsid w:val="009B2B24"/>
    <w:rsid w:val="009B488C"/>
    <w:rsid w:val="009B574D"/>
    <w:rsid w:val="009B6463"/>
    <w:rsid w:val="009B6DA6"/>
    <w:rsid w:val="009B7AC1"/>
    <w:rsid w:val="009C003E"/>
    <w:rsid w:val="009C0648"/>
    <w:rsid w:val="009C0862"/>
    <w:rsid w:val="009C16CB"/>
    <w:rsid w:val="009C176C"/>
    <w:rsid w:val="009C244F"/>
    <w:rsid w:val="009C3DBF"/>
    <w:rsid w:val="009C4179"/>
    <w:rsid w:val="009C5483"/>
    <w:rsid w:val="009C570D"/>
    <w:rsid w:val="009C7261"/>
    <w:rsid w:val="009C792F"/>
    <w:rsid w:val="009C7EF5"/>
    <w:rsid w:val="009D05C0"/>
    <w:rsid w:val="009D0AC5"/>
    <w:rsid w:val="009D2C5E"/>
    <w:rsid w:val="009D3355"/>
    <w:rsid w:val="009D7370"/>
    <w:rsid w:val="009E123F"/>
    <w:rsid w:val="009E1379"/>
    <w:rsid w:val="009E1B03"/>
    <w:rsid w:val="009E200D"/>
    <w:rsid w:val="009E2650"/>
    <w:rsid w:val="009E3C95"/>
    <w:rsid w:val="009E42BB"/>
    <w:rsid w:val="009E4D11"/>
    <w:rsid w:val="009E5C0A"/>
    <w:rsid w:val="009E68C7"/>
    <w:rsid w:val="009F07D2"/>
    <w:rsid w:val="009F0E53"/>
    <w:rsid w:val="009F0F41"/>
    <w:rsid w:val="009F213E"/>
    <w:rsid w:val="009F279C"/>
    <w:rsid w:val="009F472E"/>
    <w:rsid w:val="009F5E3F"/>
    <w:rsid w:val="009F6F18"/>
    <w:rsid w:val="009F7400"/>
    <w:rsid w:val="00A00911"/>
    <w:rsid w:val="00A044C3"/>
    <w:rsid w:val="00A051B2"/>
    <w:rsid w:val="00A06207"/>
    <w:rsid w:val="00A064B0"/>
    <w:rsid w:val="00A06F36"/>
    <w:rsid w:val="00A110B7"/>
    <w:rsid w:val="00A11328"/>
    <w:rsid w:val="00A11EBF"/>
    <w:rsid w:val="00A120D8"/>
    <w:rsid w:val="00A12FCA"/>
    <w:rsid w:val="00A13CB7"/>
    <w:rsid w:val="00A16E1B"/>
    <w:rsid w:val="00A16EA5"/>
    <w:rsid w:val="00A2196C"/>
    <w:rsid w:val="00A223D8"/>
    <w:rsid w:val="00A2254C"/>
    <w:rsid w:val="00A225AC"/>
    <w:rsid w:val="00A242C2"/>
    <w:rsid w:val="00A25591"/>
    <w:rsid w:val="00A25D97"/>
    <w:rsid w:val="00A263D4"/>
    <w:rsid w:val="00A30CE6"/>
    <w:rsid w:val="00A310F0"/>
    <w:rsid w:val="00A31789"/>
    <w:rsid w:val="00A31928"/>
    <w:rsid w:val="00A31CF6"/>
    <w:rsid w:val="00A3597E"/>
    <w:rsid w:val="00A360A2"/>
    <w:rsid w:val="00A37CEF"/>
    <w:rsid w:val="00A40547"/>
    <w:rsid w:val="00A41060"/>
    <w:rsid w:val="00A42CD4"/>
    <w:rsid w:val="00A43257"/>
    <w:rsid w:val="00A46232"/>
    <w:rsid w:val="00A4632F"/>
    <w:rsid w:val="00A4636C"/>
    <w:rsid w:val="00A47EEC"/>
    <w:rsid w:val="00A512ED"/>
    <w:rsid w:val="00A5211B"/>
    <w:rsid w:val="00A5448A"/>
    <w:rsid w:val="00A5586F"/>
    <w:rsid w:val="00A56F42"/>
    <w:rsid w:val="00A570A6"/>
    <w:rsid w:val="00A57AC5"/>
    <w:rsid w:val="00A60A2B"/>
    <w:rsid w:val="00A61A9C"/>
    <w:rsid w:val="00A61CCB"/>
    <w:rsid w:val="00A62AF2"/>
    <w:rsid w:val="00A64227"/>
    <w:rsid w:val="00A64559"/>
    <w:rsid w:val="00A65F79"/>
    <w:rsid w:val="00A6620C"/>
    <w:rsid w:val="00A67AB2"/>
    <w:rsid w:val="00A716BC"/>
    <w:rsid w:val="00A734D6"/>
    <w:rsid w:val="00A7416A"/>
    <w:rsid w:val="00A74E50"/>
    <w:rsid w:val="00A75A83"/>
    <w:rsid w:val="00A76A88"/>
    <w:rsid w:val="00A8310E"/>
    <w:rsid w:val="00A84EC8"/>
    <w:rsid w:val="00A8506F"/>
    <w:rsid w:val="00A86E74"/>
    <w:rsid w:val="00A90713"/>
    <w:rsid w:val="00A92C5A"/>
    <w:rsid w:val="00A95C25"/>
    <w:rsid w:val="00A96103"/>
    <w:rsid w:val="00A9664B"/>
    <w:rsid w:val="00A97854"/>
    <w:rsid w:val="00A97B11"/>
    <w:rsid w:val="00A97B6E"/>
    <w:rsid w:val="00AA1732"/>
    <w:rsid w:val="00AA1D8D"/>
    <w:rsid w:val="00AA30DC"/>
    <w:rsid w:val="00AA3C1A"/>
    <w:rsid w:val="00AA4AC6"/>
    <w:rsid w:val="00AA55C9"/>
    <w:rsid w:val="00AA6EDE"/>
    <w:rsid w:val="00AA7C51"/>
    <w:rsid w:val="00AB10C7"/>
    <w:rsid w:val="00AB116E"/>
    <w:rsid w:val="00AB21F0"/>
    <w:rsid w:val="00AB2CAB"/>
    <w:rsid w:val="00AB2EAC"/>
    <w:rsid w:val="00AB38EF"/>
    <w:rsid w:val="00AB4B85"/>
    <w:rsid w:val="00AB4F50"/>
    <w:rsid w:val="00AB5354"/>
    <w:rsid w:val="00AB6CCA"/>
    <w:rsid w:val="00AB7CF1"/>
    <w:rsid w:val="00AC0915"/>
    <w:rsid w:val="00AC1E61"/>
    <w:rsid w:val="00AC2720"/>
    <w:rsid w:val="00AC2A81"/>
    <w:rsid w:val="00AC2BE9"/>
    <w:rsid w:val="00AC497E"/>
    <w:rsid w:val="00AC4E67"/>
    <w:rsid w:val="00AC50F3"/>
    <w:rsid w:val="00AC52D7"/>
    <w:rsid w:val="00AC6E3D"/>
    <w:rsid w:val="00AC7DDB"/>
    <w:rsid w:val="00AD0DA8"/>
    <w:rsid w:val="00AD5A95"/>
    <w:rsid w:val="00AD695A"/>
    <w:rsid w:val="00AD6C9E"/>
    <w:rsid w:val="00AE16FF"/>
    <w:rsid w:val="00AE1956"/>
    <w:rsid w:val="00AE1C39"/>
    <w:rsid w:val="00AE220C"/>
    <w:rsid w:val="00AE25E1"/>
    <w:rsid w:val="00AE2731"/>
    <w:rsid w:val="00AE3C31"/>
    <w:rsid w:val="00AE5DF5"/>
    <w:rsid w:val="00AE6967"/>
    <w:rsid w:val="00AE7AF4"/>
    <w:rsid w:val="00AF09BF"/>
    <w:rsid w:val="00AF154A"/>
    <w:rsid w:val="00AF1E7E"/>
    <w:rsid w:val="00AF465B"/>
    <w:rsid w:val="00AF5D09"/>
    <w:rsid w:val="00AF615A"/>
    <w:rsid w:val="00B003D6"/>
    <w:rsid w:val="00B00B2B"/>
    <w:rsid w:val="00B01CB6"/>
    <w:rsid w:val="00B027D3"/>
    <w:rsid w:val="00B02E5A"/>
    <w:rsid w:val="00B030C3"/>
    <w:rsid w:val="00B04916"/>
    <w:rsid w:val="00B049EB"/>
    <w:rsid w:val="00B04AE1"/>
    <w:rsid w:val="00B06624"/>
    <w:rsid w:val="00B07EA2"/>
    <w:rsid w:val="00B10D29"/>
    <w:rsid w:val="00B12811"/>
    <w:rsid w:val="00B1474C"/>
    <w:rsid w:val="00B14FF0"/>
    <w:rsid w:val="00B154B3"/>
    <w:rsid w:val="00B17232"/>
    <w:rsid w:val="00B207DA"/>
    <w:rsid w:val="00B22B24"/>
    <w:rsid w:val="00B23C78"/>
    <w:rsid w:val="00B240AF"/>
    <w:rsid w:val="00B2476D"/>
    <w:rsid w:val="00B24948"/>
    <w:rsid w:val="00B27917"/>
    <w:rsid w:val="00B3175D"/>
    <w:rsid w:val="00B317E4"/>
    <w:rsid w:val="00B31DE9"/>
    <w:rsid w:val="00B32CE3"/>
    <w:rsid w:val="00B354CB"/>
    <w:rsid w:val="00B3573C"/>
    <w:rsid w:val="00B3615F"/>
    <w:rsid w:val="00B361E9"/>
    <w:rsid w:val="00B37BE2"/>
    <w:rsid w:val="00B41FB2"/>
    <w:rsid w:val="00B429C9"/>
    <w:rsid w:val="00B433E6"/>
    <w:rsid w:val="00B436DA"/>
    <w:rsid w:val="00B43A6B"/>
    <w:rsid w:val="00B44496"/>
    <w:rsid w:val="00B44D30"/>
    <w:rsid w:val="00B45BE2"/>
    <w:rsid w:val="00B4658D"/>
    <w:rsid w:val="00B46FA9"/>
    <w:rsid w:val="00B47474"/>
    <w:rsid w:val="00B47730"/>
    <w:rsid w:val="00B47C28"/>
    <w:rsid w:val="00B50C97"/>
    <w:rsid w:val="00B51DE6"/>
    <w:rsid w:val="00B53146"/>
    <w:rsid w:val="00B53D17"/>
    <w:rsid w:val="00B53EBD"/>
    <w:rsid w:val="00B54716"/>
    <w:rsid w:val="00B54E3E"/>
    <w:rsid w:val="00B5667B"/>
    <w:rsid w:val="00B60B85"/>
    <w:rsid w:val="00B610AC"/>
    <w:rsid w:val="00B61B56"/>
    <w:rsid w:val="00B624C2"/>
    <w:rsid w:val="00B6252F"/>
    <w:rsid w:val="00B6400E"/>
    <w:rsid w:val="00B673E8"/>
    <w:rsid w:val="00B7151F"/>
    <w:rsid w:val="00B74FB7"/>
    <w:rsid w:val="00B75D17"/>
    <w:rsid w:val="00B7680B"/>
    <w:rsid w:val="00B76BCA"/>
    <w:rsid w:val="00B77819"/>
    <w:rsid w:val="00B77EDC"/>
    <w:rsid w:val="00B802CB"/>
    <w:rsid w:val="00B803B5"/>
    <w:rsid w:val="00B80AE0"/>
    <w:rsid w:val="00B8145A"/>
    <w:rsid w:val="00B822C0"/>
    <w:rsid w:val="00B82317"/>
    <w:rsid w:val="00B8263A"/>
    <w:rsid w:val="00B82C41"/>
    <w:rsid w:val="00B84353"/>
    <w:rsid w:val="00B845EC"/>
    <w:rsid w:val="00B84C90"/>
    <w:rsid w:val="00B85246"/>
    <w:rsid w:val="00B86871"/>
    <w:rsid w:val="00B87F51"/>
    <w:rsid w:val="00B87F64"/>
    <w:rsid w:val="00B91499"/>
    <w:rsid w:val="00B923B9"/>
    <w:rsid w:val="00B92757"/>
    <w:rsid w:val="00B92E5E"/>
    <w:rsid w:val="00B930EB"/>
    <w:rsid w:val="00B9329D"/>
    <w:rsid w:val="00B93431"/>
    <w:rsid w:val="00B934F4"/>
    <w:rsid w:val="00B941A8"/>
    <w:rsid w:val="00B942DE"/>
    <w:rsid w:val="00B94911"/>
    <w:rsid w:val="00B94B9D"/>
    <w:rsid w:val="00B95BD4"/>
    <w:rsid w:val="00B96338"/>
    <w:rsid w:val="00B973E9"/>
    <w:rsid w:val="00B97E94"/>
    <w:rsid w:val="00BA0D1D"/>
    <w:rsid w:val="00BA2D5F"/>
    <w:rsid w:val="00BA3AEC"/>
    <w:rsid w:val="00BA4B9C"/>
    <w:rsid w:val="00BA6536"/>
    <w:rsid w:val="00BA660B"/>
    <w:rsid w:val="00BA6A9E"/>
    <w:rsid w:val="00BA74C3"/>
    <w:rsid w:val="00BB0663"/>
    <w:rsid w:val="00BB0D53"/>
    <w:rsid w:val="00BB1EA6"/>
    <w:rsid w:val="00BB25B7"/>
    <w:rsid w:val="00BB296E"/>
    <w:rsid w:val="00BB451B"/>
    <w:rsid w:val="00BB45B8"/>
    <w:rsid w:val="00BB61A0"/>
    <w:rsid w:val="00BB627F"/>
    <w:rsid w:val="00BB66D5"/>
    <w:rsid w:val="00BB71ED"/>
    <w:rsid w:val="00BC0661"/>
    <w:rsid w:val="00BC112B"/>
    <w:rsid w:val="00BC132A"/>
    <w:rsid w:val="00BC19F5"/>
    <w:rsid w:val="00BC2627"/>
    <w:rsid w:val="00BC26A8"/>
    <w:rsid w:val="00BC402A"/>
    <w:rsid w:val="00BC4D13"/>
    <w:rsid w:val="00BC5C32"/>
    <w:rsid w:val="00BC5FB3"/>
    <w:rsid w:val="00BC64CF"/>
    <w:rsid w:val="00BC6E6F"/>
    <w:rsid w:val="00BC755B"/>
    <w:rsid w:val="00BD0809"/>
    <w:rsid w:val="00BD2776"/>
    <w:rsid w:val="00BD4716"/>
    <w:rsid w:val="00BD6199"/>
    <w:rsid w:val="00BE0502"/>
    <w:rsid w:val="00BE0905"/>
    <w:rsid w:val="00BE0FF8"/>
    <w:rsid w:val="00BE1293"/>
    <w:rsid w:val="00BE1489"/>
    <w:rsid w:val="00BE18C7"/>
    <w:rsid w:val="00BE27DC"/>
    <w:rsid w:val="00BE4529"/>
    <w:rsid w:val="00BE6EBE"/>
    <w:rsid w:val="00BE7F02"/>
    <w:rsid w:val="00BF03B3"/>
    <w:rsid w:val="00BF0E58"/>
    <w:rsid w:val="00BF14E4"/>
    <w:rsid w:val="00BF1505"/>
    <w:rsid w:val="00BF2B83"/>
    <w:rsid w:val="00BF68D7"/>
    <w:rsid w:val="00BF6AC0"/>
    <w:rsid w:val="00BF74F1"/>
    <w:rsid w:val="00BF77E5"/>
    <w:rsid w:val="00BF79DD"/>
    <w:rsid w:val="00C068AB"/>
    <w:rsid w:val="00C06F87"/>
    <w:rsid w:val="00C108D3"/>
    <w:rsid w:val="00C10C12"/>
    <w:rsid w:val="00C10CD8"/>
    <w:rsid w:val="00C12D14"/>
    <w:rsid w:val="00C13940"/>
    <w:rsid w:val="00C13E39"/>
    <w:rsid w:val="00C14C07"/>
    <w:rsid w:val="00C17FBE"/>
    <w:rsid w:val="00C22ED8"/>
    <w:rsid w:val="00C237DE"/>
    <w:rsid w:val="00C25FF9"/>
    <w:rsid w:val="00C26754"/>
    <w:rsid w:val="00C26EA6"/>
    <w:rsid w:val="00C2787D"/>
    <w:rsid w:val="00C301ED"/>
    <w:rsid w:val="00C30FBB"/>
    <w:rsid w:val="00C31852"/>
    <w:rsid w:val="00C320AC"/>
    <w:rsid w:val="00C3384A"/>
    <w:rsid w:val="00C34D62"/>
    <w:rsid w:val="00C353B4"/>
    <w:rsid w:val="00C3542D"/>
    <w:rsid w:val="00C35E7C"/>
    <w:rsid w:val="00C37586"/>
    <w:rsid w:val="00C40AA7"/>
    <w:rsid w:val="00C41955"/>
    <w:rsid w:val="00C41D64"/>
    <w:rsid w:val="00C43B5D"/>
    <w:rsid w:val="00C46300"/>
    <w:rsid w:val="00C46FF0"/>
    <w:rsid w:val="00C50947"/>
    <w:rsid w:val="00C50B60"/>
    <w:rsid w:val="00C52744"/>
    <w:rsid w:val="00C546EC"/>
    <w:rsid w:val="00C550A2"/>
    <w:rsid w:val="00C560E8"/>
    <w:rsid w:val="00C57D35"/>
    <w:rsid w:val="00C57F94"/>
    <w:rsid w:val="00C603AE"/>
    <w:rsid w:val="00C60E6C"/>
    <w:rsid w:val="00C6117F"/>
    <w:rsid w:val="00C62968"/>
    <w:rsid w:val="00C635F1"/>
    <w:rsid w:val="00C63A3C"/>
    <w:rsid w:val="00C64183"/>
    <w:rsid w:val="00C65882"/>
    <w:rsid w:val="00C65BB5"/>
    <w:rsid w:val="00C65C23"/>
    <w:rsid w:val="00C66EAE"/>
    <w:rsid w:val="00C672D2"/>
    <w:rsid w:val="00C67980"/>
    <w:rsid w:val="00C71114"/>
    <w:rsid w:val="00C712A2"/>
    <w:rsid w:val="00C7141F"/>
    <w:rsid w:val="00C71AEE"/>
    <w:rsid w:val="00C726C4"/>
    <w:rsid w:val="00C7392A"/>
    <w:rsid w:val="00C752E1"/>
    <w:rsid w:val="00C758CC"/>
    <w:rsid w:val="00C75B8F"/>
    <w:rsid w:val="00C76C86"/>
    <w:rsid w:val="00C77B8F"/>
    <w:rsid w:val="00C804C3"/>
    <w:rsid w:val="00C80EC1"/>
    <w:rsid w:val="00C826A7"/>
    <w:rsid w:val="00C82CE3"/>
    <w:rsid w:val="00C85E14"/>
    <w:rsid w:val="00C8694A"/>
    <w:rsid w:val="00C86E56"/>
    <w:rsid w:val="00C8789D"/>
    <w:rsid w:val="00C914AB"/>
    <w:rsid w:val="00C94453"/>
    <w:rsid w:val="00C946E7"/>
    <w:rsid w:val="00C9608F"/>
    <w:rsid w:val="00C96B37"/>
    <w:rsid w:val="00C96D7C"/>
    <w:rsid w:val="00CA03BE"/>
    <w:rsid w:val="00CA1BF7"/>
    <w:rsid w:val="00CA485D"/>
    <w:rsid w:val="00CA4ED3"/>
    <w:rsid w:val="00CA53F9"/>
    <w:rsid w:val="00CA5A4A"/>
    <w:rsid w:val="00CA5C83"/>
    <w:rsid w:val="00CA671A"/>
    <w:rsid w:val="00CB012D"/>
    <w:rsid w:val="00CB0664"/>
    <w:rsid w:val="00CB07F5"/>
    <w:rsid w:val="00CB0C77"/>
    <w:rsid w:val="00CB212A"/>
    <w:rsid w:val="00CB3257"/>
    <w:rsid w:val="00CB33AE"/>
    <w:rsid w:val="00CB3E19"/>
    <w:rsid w:val="00CB5147"/>
    <w:rsid w:val="00CB768D"/>
    <w:rsid w:val="00CB7951"/>
    <w:rsid w:val="00CC2B00"/>
    <w:rsid w:val="00CC2B13"/>
    <w:rsid w:val="00CC32F2"/>
    <w:rsid w:val="00CC4854"/>
    <w:rsid w:val="00CC5AE4"/>
    <w:rsid w:val="00CC72D8"/>
    <w:rsid w:val="00CC784A"/>
    <w:rsid w:val="00CC7ED1"/>
    <w:rsid w:val="00CD0BBD"/>
    <w:rsid w:val="00CD0C4F"/>
    <w:rsid w:val="00CD2519"/>
    <w:rsid w:val="00CD2E9A"/>
    <w:rsid w:val="00CD318D"/>
    <w:rsid w:val="00CD34CB"/>
    <w:rsid w:val="00CD3A7D"/>
    <w:rsid w:val="00CD4318"/>
    <w:rsid w:val="00CD4BF2"/>
    <w:rsid w:val="00CD5154"/>
    <w:rsid w:val="00CD7FEA"/>
    <w:rsid w:val="00CE0511"/>
    <w:rsid w:val="00CE05BE"/>
    <w:rsid w:val="00CE1360"/>
    <w:rsid w:val="00CE31AD"/>
    <w:rsid w:val="00CE3618"/>
    <w:rsid w:val="00CE3F2A"/>
    <w:rsid w:val="00CE401E"/>
    <w:rsid w:val="00CE5577"/>
    <w:rsid w:val="00CE5AAC"/>
    <w:rsid w:val="00CE6D94"/>
    <w:rsid w:val="00CE7DAB"/>
    <w:rsid w:val="00CF07D8"/>
    <w:rsid w:val="00CF1382"/>
    <w:rsid w:val="00CF162B"/>
    <w:rsid w:val="00CF1FF9"/>
    <w:rsid w:val="00CF3273"/>
    <w:rsid w:val="00CF45DC"/>
    <w:rsid w:val="00CF4774"/>
    <w:rsid w:val="00CF4A91"/>
    <w:rsid w:val="00CF57F3"/>
    <w:rsid w:val="00CF7454"/>
    <w:rsid w:val="00D002EF"/>
    <w:rsid w:val="00D01AAD"/>
    <w:rsid w:val="00D01BB8"/>
    <w:rsid w:val="00D02C49"/>
    <w:rsid w:val="00D03A7C"/>
    <w:rsid w:val="00D03CD9"/>
    <w:rsid w:val="00D1062C"/>
    <w:rsid w:val="00D11D89"/>
    <w:rsid w:val="00D12D2D"/>
    <w:rsid w:val="00D13251"/>
    <w:rsid w:val="00D146A5"/>
    <w:rsid w:val="00D16686"/>
    <w:rsid w:val="00D20C7A"/>
    <w:rsid w:val="00D20F8E"/>
    <w:rsid w:val="00D228B8"/>
    <w:rsid w:val="00D24A38"/>
    <w:rsid w:val="00D25D4B"/>
    <w:rsid w:val="00D26371"/>
    <w:rsid w:val="00D26E7C"/>
    <w:rsid w:val="00D270C9"/>
    <w:rsid w:val="00D3000A"/>
    <w:rsid w:val="00D30592"/>
    <w:rsid w:val="00D311F2"/>
    <w:rsid w:val="00D31CF2"/>
    <w:rsid w:val="00D3265C"/>
    <w:rsid w:val="00D33864"/>
    <w:rsid w:val="00D34EFA"/>
    <w:rsid w:val="00D36848"/>
    <w:rsid w:val="00D36E61"/>
    <w:rsid w:val="00D37909"/>
    <w:rsid w:val="00D40A71"/>
    <w:rsid w:val="00D40D9C"/>
    <w:rsid w:val="00D41449"/>
    <w:rsid w:val="00D41D09"/>
    <w:rsid w:val="00D42B93"/>
    <w:rsid w:val="00D42CAD"/>
    <w:rsid w:val="00D435CB"/>
    <w:rsid w:val="00D436C1"/>
    <w:rsid w:val="00D4391A"/>
    <w:rsid w:val="00D44097"/>
    <w:rsid w:val="00D441E8"/>
    <w:rsid w:val="00D45151"/>
    <w:rsid w:val="00D45DB4"/>
    <w:rsid w:val="00D45E46"/>
    <w:rsid w:val="00D47299"/>
    <w:rsid w:val="00D47FC2"/>
    <w:rsid w:val="00D5032F"/>
    <w:rsid w:val="00D50351"/>
    <w:rsid w:val="00D507B3"/>
    <w:rsid w:val="00D5260C"/>
    <w:rsid w:val="00D56032"/>
    <w:rsid w:val="00D566A7"/>
    <w:rsid w:val="00D5684C"/>
    <w:rsid w:val="00D56F09"/>
    <w:rsid w:val="00D61FD3"/>
    <w:rsid w:val="00D63577"/>
    <w:rsid w:val="00D64B99"/>
    <w:rsid w:val="00D654FC"/>
    <w:rsid w:val="00D661E4"/>
    <w:rsid w:val="00D6693B"/>
    <w:rsid w:val="00D6755D"/>
    <w:rsid w:val="00D70CE8"/>
    <w:rsid w:val="00D71186"/>
    <w:rsid w:val="00D7123C"/>
    <w:rsid w:val="00D72381"/>
    <w:rsid w:val="00D739A0"/>
    <w:rsid w:val="00D73FAA"/>
    <w:rsid w:val="00D74574"/>
    <w:rsid w:val="00D762B9"/>
    <w:rsid w:val="00D768A8"/>
    <w:rsid w:val="00D76EE7"/>
    <w:rsid w:val="00D77101"/>
    <w:rsid w:val="00D80C15"/>
    <w:rsid w:val="00D82E6C"/>
    <w:rsid w:val="00D8470B"/>
    <w:rsid w:val="00D84B4D"/>
    <w:rsid w:val="00D903DF"/>
    <w:rsid w:val="00D916A0"/>
    <w:rsid w:val="00D92E44"/>
    <w:rsid w:val="00D93604"/>
    <w:rsid w:val="00D93A7F"/>
    <w:rsid w:val="00D94BB6"/>
    <w:rsid w:val="00D9507D"/>
    <w:rsid w:val="00D95A5F"/>
    <w:rsid w:val="00D971AD"/>
    <w:rsid w:val="00D97349"/>
    <w:rsid w:val="00D97E07"/>
    <w:rsid w:val="00DA0203"/>
    <w:rsid w:val="00DA0F36"/>
    <w:rsid w:val="00DA10BC"/>
    <w:rsid w:val="00DA19DC"/>
    <w:rsid w:val="00DA1EE5"/>
    <w:rsid w:val="00DA3329"/>
    <w:rsid w:val="00DA33C4"/>
    <w:rsid w:val="00DA5EA3"/>
    <w:rsid w:val="00DA6611"/>
    <w:rsid w:val="00DB037E"/>
    <w:rsid w:val="00DB0B4C"/>
    <w:rsid w:val="00DB16A1"/>
    <w:rsid w:val="00DB1B70"/>
    <w:rsid w:val="00DB28B0"/>
    <w:rsid w:val="00DB3141"/>
    <w:rsid w:val="00DB3D5F"/>
    <w:rsid w:val="00DB526E"/>
    <w:rsid w:val="00DB6D86"/>
    <w:rsid w:val="00DC0425"/>
    <w:rsid w:val="00DC0DBC"/>
    <w:rsid w:val="00DC48DC"/>
    <w:rsid w:val="00DC498B"/>
    <w:rsid w:val="00DC55D4"/>
    <w:rsid w:val="00DC74D6"/>
    <w:rsid w:val="00DD0BE0"/>
    <w:rsid w:val="00DD3965"/>
    <w:rsid w:val="00DD3A32"/>
    <w:rsid w:val="00DD5206"/>
    <w:rsid w:val="00DD6019"/>
    <w:rsid w:val="00DD785C"/>
    <w:rsid w:val="00DD7AE3"/>
    <w:rsid w:val="00DE0962"/>
    <w:rsid w:val="00DE109E"/>
    <w:rsid w:val="00DE16DE"/>
    <w:rsid w:val="00DE1A20"/>
    <w:rsid w:val="00DE2A8C"/>
    <w:rsid w:val="00DE3731"/>
    <w:rsid w:val="00DE3B7A"/>
    <w:rsid w:val="00DE67AD"/>
    <w:rsid w:val="00DE7E7A"/>
    <w:rsid w:val="00DF01BA"/>
    <w:rsid w:val="00DF0D97"/>
    <w:rsid w:val="00DF13B1"/>
    <w:rsid w:val="00DF2606"/>
    <w:rsid w:val="00DF2A1A"/>
    <w:rsid w:val="00DF4DA2"/>
    <w:rsid w:val="00DF4F9C"/>
    <w:rsid w:val="00DF75FE"/>
    <w:rsid w:val="00E0061A"/>
    <w:rsid w:val="00E0134A"/>
    <w:rsid w:val="00E01E11"/>
    <w:rsid w:val="00E06F37"/>
    <w:rsid w:val="00E07368"/>
    <w:rsid w:val="00E11B4D"/>
    <w:rsid w:val="00E147C1"/>
    <w:rsid w:val="00E14DDB"/>
    <w:rsid w:val="00E15ADC"/>
    <w:rsid w:val="00E16A12"/>
    <w:rsid w:val="00E17873"/>
    <w:rsid w:val="00E20977"/>
    <w:rsid w:val="00E21F52"/>
    <w:rsid w:val="00E22DDD"/>
    <w:rsid w:val="00E23018"/>
    <w:rsid w:val="00E24EF2"/>
    <w:rsid w:val="00E254BF"/>
    <w:rsid w:val="00E25543"/>
    <w:rsid w:val="00E25DBD"/>
    <w:rsid w:val="00E30870"/>
    <w:rsid w:val="00E30BCB"/>
    <w:rsid w:val="00E30D8F"/>
    <w:rsid w:val="00E315ED"/>
    <w:rsid w:val="00E326E5"/>
    <w:rsid w:val="00E33EDE"/>
    <w:rsid w:val="00E3407D"/>
    <w:rsid w:val="00E356BF"/>
    <w:rsid w:val="00E36278"/>
    <w:rsid w:val="00E40F53"/>
    <w:rsid w:val="00E411A5"/>
    <w:rsid w:val="00E41E23"/>
    <w:rsid w:val="00E42D6D"/>
    <w:rsid w:val="00E430B6"/>
    <w:rsid w:val="00E43EA4"/>
    <w:rsid w:val="00E44023"/>
    <w:rsid w:val="00E450AD"/>
    <w:rsid w:val="00E465E5"/>
    <w:rsid w:val="00E469B3"/>
    <w:rsid w:val="00E47A9F"/>
    <w:rsid w:val="00E47E0E"/>
    <w:rsid w:val="00E50909"/>
    <w:rsid w:val="00E50F8C"/>
    <w:rsid w:val="00E51131"/>
    <w:rsid w:val="00E5379A"/>
    <w:rsid w:val="00E54B62"/>
    <w:rsid w:val="00E5594C"/>
    <w:rsid w:val="00E56447"/>
    <w:rsid w:val="00E57B6E"/>
    <w:rsid w:val="00E57CBC"/>
    <w:rsid w:val="00E57DC9"/>
    <w:rsid w:val="00E5D609"/>
    <w:rsid w:val="00E607E4"/>
    <w:rsid w:val="00E61B98"/>
    <w:rsid w:val="00E62B12"/>
    <w:rsid w:val="00E62FFB"/>
    <w:rsid w:val="00E63004"/>
    <w:rsid w:val="00E6399C"/>
    <w:rsid w:val="00E64E1E"/>
    <w:rsid w:val="00E66F0F"/>
    <w:rsid w:val="00E67EB4"/>
    <w:rsid w:val="00E67F18"/>
    <w:rsid w:val="00E74A6C"/>
    <w:rsid w:val="00E76428"/>
    <w:rsid w:val="00E76532"/>
    <w:rsid w:val="00E8110D"/>
    <w:rsid w:val="00E81632"/>
    <w:rsid w:val="00E82D61"/>
    <w:rsid w:val="00E82F7D"/>
    <w:rsid w:val="00E834DD"/>
    <w:rsid w:val="00E8406B"/>
    <w:rsid w:val="00E84406"/>
    <w:rsid w:val="00E8463D"/>
    <w:rsid w:val="00E84ECF"/>
    <w:rsid w:val="00E85A4D"/>
    <w:rsid w:val="00E87480"/>
    <w:rsid w:val="00E903B8"/>
    <w:rsid w:val="00E90940"/>
    <w:rsid w:val="00E90C37"/>
    <w:rsid w:val="00E91BC4"/>
    <w:rsid w:val="00E97FEB"/>
    <w:rsid w:val="00EA04B2"/>
    <w:rsid w:val="00EA0B5C"/>
    <w:rsid w:val="00EA28C6"/>
    <w:rsid w:val="00EA2CE0"/>
    <w:rsid w:val="00EA3A41"/>
    <w:rsid w:val="00EA4B3B"/>
    <w:rsid w:val="00EA615F"/>
    <w:rsid w:val="00EA655E"/>
    <w:rsid w:val="00EA68CA"/>
    <w:rsid w:val="00EA6F5C"/>
    <w:rsid w:val="00EA7520"/>
    <w:rsid w:val="00EA7F09"/>
    <w:rsid w:val="00EB0D1D"/>
    <w:rsid w:val="00EB1D4A"/>
    <w:rsid w:val="00EB1F87"/>
    <w:rsid w:val="00EB203C"/>
    <w:rsid w:val="00EB2DBB"/>
    <w:rsid w:val="00EB4A45"/>
    <w:rsid w:val="00EB57F7"/>
    <w:rsid w:val="00EB6C31"/>
    <w:rsid w:val="00EB7102"/>
    <w:rsid w:val="00EC001D"/>
    <w:rsid w:val="00EC13FA"/>
    <w:rsid w:val="00EC48AB"/>
    <w:rsid w:val="00EC4F00"/>
    <w:rsid w:val="00EC5504"/>
    <w:rsid w:val="00EC6F0A"/>
    <w:rsid w:val="00EC745D"/>
    <w:rsid w:val="00EC7D1A"/>
    <w:rsid w:val="00ED151B"/>
    <w:rsid w:val="00ED24FB"/>
    <w:rsid w:val="00ED293E"/>
    <w:rsid w:val="00ED398B"/>
    <w:rsid w:val="00ED5682"/>
    <w:rsid w:val="00ED5818"/>
    <w:rsid w:val="00ED62AF"/>
    <w:rsid w:val="00ED638A"/>
    <w:rsid w:val="00EE27B7"/>
    <w:rsid w:val="00EE2A14"/>
    <w:rsid w:val="00EE3C7D"/>
    <w:rsid w:val="00EE3FB2"/>
    <w:rsid w:val="00EE49E5"/>
    <w:rsid w:val="00EE55D4"/>
    <w:rsid w:val="00EE5BE3"/>
    <w:rsid w:val="00EE619C"/>
    <w:rsid w:val="00EE666D"/>
    <w:rsid w:val="00EE6EF8"/>
    <w:rsid w:val="00EF115E"/>
    <w:rsid w:val="00EF1C8B"/>
    <w:rsid w:val="00EF298C"/>
    <w:rsid w:val="00EF372F"/>
    <w:rsid w:val="00EF3F47"/>
    <w:rsid w:val="00EF42ED"/>
    <w:rsid w:val="00EF5A35"/>
    <w:rsid w:val="00EF7CC6"/>
    <w:rsid w:val="00F00011"/>
    <w:rsid w:val="00F0111D"/>
    <w:rsid w:val="00F01F19"/>
    <w:rsid w:val="00F0566F"/>
    <w:rsid w:val="00F0727B"/>
    <w:rsid w:val="00F075D2"/>
    <w:rsid w:val="00F077B7"/>
    <w:rsid w:val="00F105B0"/>
    <w:rsid w:val="00F10F01"/>
    <w:rsid w:val="00F11B4D"/>
    <w:rsid w:val="00F12240"/>
    <w:rsid w:val="00F132C4"/>
    <w:rsid w:val="00F14EB8"/>
    <w:rsid w:val="00F14F95"/>
    <w:rsid w:val="00F15CB9"/>
    <w:rsid w:val="00F17867"/>
    <w:rsid w:val="00F20342"/>
    <w:rsid w:val="00F203E2"/>
    <w:rsid w:val="00F22086"/>
    <w:rsid w:val="00F22569"/>
    <w:rsid w:val="00F24023"/>
    <w:rsid w:val="00F240D9"/>
    <w:rsid w:val="00F24675"/>
    <w:rsid w:val="00F251BD"/>
    <w:rsid w:val="00F25D57"/>
    <w:rsid w:val="00F260EA"/>
    <w:rsid w:val="00F30E2D"/>
    <w:rsid w:val="00F311E5"/>
    <w:rsid w:val="00F314B3"/>
    <w:rsid w:val="00F3228E"/>
    <w:rsid w:val="00F327CC"/>
    <w:rsid w:val="00F34424"/>
    <w:rsid w:val="00F35E3C"/>
    <w:rsid w:val="00F36F5F"/>
    <w:rsid w:val="00F3734F"/>
    <w:rsid w:val="00F37443"/>
    <w:rsid w:val="00F40605"/>
    <w:rsid w:val="00F41B7D"/>
    <w:rsid w:val="00F42C72"/>
    <w:rsid w:val="00F42FA7"/>
    <w:rsid w:val="00F430CC"/>
    <w:rsid w:val="00F43A13"/>
    <w:rsid w:val="00F4412A"/>
    <w:rsid w:val="00F445C9"/>
    <w:rsid w:val="00F4472F"/>
    <w:rsid w:val="00F4571A"/>
    <w:rsid w:val="00F46ADC"/>
    <w:rsid w:val="00F46EB7"/>
    <w:rsid w:val="00F47072"/>
    <w:rsid w:val="00F508A6"/>
    <w:rsid w:val="00F53D43"/>
    <w:rsid w:val="00F555B4"/>
    <w:rsid w:val="00F56D64"/>
    <w:rsid w:val="00F56D80"/>
    <w:rsid w:val="00F607BD"/>
    <w:rsid w:val="00F61862"/>
    <w:rsid w:val="00F618EC"/>
    <w:rsid w:val="00F64218"/>
    <w:rsid w:val="00F64531"/>
    <w:rsid w:val="00F651AD"/>
    <w:rsid w:val="00F6664F"/>
    <w:rsid w:val="00F66E38"/>
    <w:rsid w:val="00F6775E"/>
    <w:rsid w:val="00F67F0F"/>
    <w:rsid w:val="00F715C3"/>
    <w:rsid w:val="00F722ED"/>
    <w:rsid w:val="00F732BF"/>
    <w:rsid w:val="00F73CE5"/>
    <w:rsid w:val="00F76537"/>
    <w:rsid w:val="00F77BA6"/>
    <w:rsid w:val="00F77CE2"/>
    <w:rsid w:val="00F80D65"/>
    <w:rsid w:val="00F81DCF"/>
    <w:rsid w:val="00F824B4"/>
    <w:rsid w:val="00F83B74"/>
    <w:rsid w:val="00F83E29"/>
    <w:rsid w:val="00F84738"/>
    <w:rsid w:val="00F8484A"/>
    <w:rsid w:val="00F84A9F"/>
    <w:rsid w:val="00F859DD"/>
    <w:rsid w:val="00F859ED"/>
    <w:rsid w:val="00F85DB6"/>
    <w:rsid w:val="00F86240"/>
    <w:rsid w:val="00F8718C"/>
    <w:rsid w:val="00F87AA2"/>
    <w:rsid w:val="00F90AC1"/>
    <w:rsid w:val="00F92109"/>
    <w:rsid w:val="00F923B2"/>
    <w:rsid w:val="00F93441"/>
    <w:rsid w:val="00F936C9"/>
    <w:rsid w:val="00F93A9A"/>
    <w:rsid w:val="00F94C45"/>
    <w:rsid w:val="00F95066"/>
    <w:rsid w:val="00F95A0A"/>
    <w:rsid w:val="00F96467"/>
    <w:rsid w:val="00F96A61"/>
    <w:rsid w:val="00F96E40"/>
    <w:rsid w:val="00F97828"/>
    <w:rsid w:val="00FA0293"/>
    <w:rsid w:val="00FA0894"/>
    <w:rsid w:val="00FA1A46"/>
    <w:rsid w:val="00FA266B"/>
    <w:rsid w:val="00FA2815"/>
    <w:rsid w:val="00FA2882"/>
    <w:rsid w:val="00FA2CC7"/>
    <w:rsid w:val="00FA35C4"/>
    <w:rsid w:val="00FA3E70"/>
    <w:rsid w:val="00FA504B"/>
    <w:rsid w:val="00FA6103"/>
    <w:rsid w:val="00FA61DC"/>
    <w:rsid w:val="00FA74A5"/>
    <w:rsid w:val="00FB070E"/>
    <w:rsid w:val="00FB230D"/>
    <w:rsid w:val="00FB2408"/>
    <w:rsid w:val="00FB4F65"/>
    <w:rsid w:val="00FB725D"/>
    <w:rsid w:val="00FB72D2"/>
    <w:rsid w:val="00FB7945"/>
    <w:rsid w:val="00FC0635"/>
    <w:rsid w:val="00FC0DDB"/>
    <w:rsid w:val="00FC177E"/>
    <w:rsid w:val="00FC33CD"/>
    <w:rsid w:val="00FC3E47"/>
    <w:rsid w:val="00FC4951"/>
    <w:rsid w:val="00FC49D6"/>
    <w:rsid w:val="00FC693F"/>
    <w:rsid w:val="00FC6D78"/>
    <w:rsid w:val="00FD003C"/>
    <w:rsid w:val="00FD2927"/>
    <w:rsid w:val="00FD36ED"/>
    <w:rsid w:val="00FD5147"/>
    <w:rsid w:val="00FD60E8"/>
    <w:rsid w:val="00FD6221"/>
    <w:rsid w:val="00FE2119"/>
    <w:rsid w:val="00FE252D"/>
    <w:rsid w:val="00FE289C"/>
    <w:rsid w:val="00FE3580"/>
    <w:rsid w:val="00FE429B"/>
    <w:rsid w:val="00FE4807"/>
    <w:rsid w:val="00FE4D9D"/>
    <w:rsid w:val="00FE5243"/>
    <w:rsid w:val="00FE5278"/>
    <w:rsid w:val="00FE5660"/>
    <w:rsid w:val="00FE57F7"/>
    <w:rsid w:val="00FE60F9"/>
    <w:rsid w:val="00FE739E"/>
    <w:rsid w:val="00FE7455"/>
    <w:rsid w:val="00FE7940"/>
    <w:rsid w:val="00FF05F4"/>
    <w:rsid w:val="00FF123D"/>
    <w:rsid w:val="00FF3914"/>
    <w:rsid w:val="00FF3B03"/>
    <w:rsid w:val="00FF683C"/>
    <w:rsid w:val="00FF706D"/>
    <w:rsid w:val="00FF733C"/>
    <w:rsid w:val="01C8A0BE"/>
    <w:rsid w:val="01CC63F7"/>
    <w:rsid w:val="02316D63"/>
    <w:rsid w:val="023A0814"/>
    <w:rsid w:val="025A5D44"/>
    <w:rsid w:val="025D19FB"/>
    <w:rsid w:val="03C53661"/>
    <w:rsid w:val="03D1C478"/>
    <w:rsid w:val="03E6F596"/>
    <w:rsid w:val="04D4E150"/>
    <w:rsid w:val="0524D265"/>
    <w:rsid w:val="0546A540"/>
    <w:rsid w:val="05C5B98C"/>
    <w:rsid w:val="061AFA32"/>
    <w:rsid w:val="06657BD5"/>
    <w:rsid w:val="07A13BA7"/>
    <w:rsid w:val="07D3B655"/>
    <w:rsid w:val="07E7A07A"/>
    <w:rsid w:val="07E7AA28"/>
    <w:rsid w:val="08558D64"/>
    <w:rsid w:val="086A4F50"/>
    <w:rsid w:val="08CCBB6C"/>
    <w:rsid w:val="08DE9FDD"/>
    <w:rsid w:val="0927D539"/>
    <w:rsid w:val="094EC4C0"/>
    <w:rsid w:val="0961058B"/>
    <w:rsid w:val="09B128F5"/>
    <w:rsid w:val="0AE84115"/>
    <w:rsid w:val="0B8E1DA0"/>
    <w:rsid w:val="0C42C207"/>
    <w:rsid w:val="0C43102A"/>
    <w:rsid w:val="0C484A72"/>
    <w:rsid w:val="0C78F896"/>
    <w:rsid w:val="0C90CDCA"/>
    <w:rsid w:val="0E115DCB"/>
    <w:rsid w:val="0E7722A5"/>
    <w:rsid w:val="0E9114BD"/>
    <w:rsid w:val="0F6FF81E"/>
    <w:rsid w:val="1000BC33"/>
    <w:rsid w:val="1188B17F"/>
    <w:rsid w:val="11978F02"/>
    <w:rsid w:val="11A0795A"/>
    <w:rsid w:val="11C0E282"/>
    <w:rsid w:val="11FCF646"/>
    <w:rsid w:val="1295D999"/>
    <w:rsid w:val="12B6569A"/>
    <w:rsid w:val="1346CB12"/>
    <w:rsid w:val="1383D9F3"/>
    <w:rsid w:val="13B8B0D4"/>
    <w:rsid w:val="13E0BBC0"/>
    <w:rsid w:val="143E0621"/>
    <w:rsid w:val="144AD08E"/>
    <w:rsid w:val="144E1639"/>
    <w:rsid w:val="146333DB"/>
    <w:rsid w:val="14A2D2EA"/>
    <w:rsid w:val="14BA7E3E"/>
    <w:rsid w:val="14E1A3D6"/>
    <w:rsid w:val="15481765"/>
    <w:rsid w:val="16B94272"/>
    <w:rsid w:val="17611C64"/>
    <w:rsid w:val="17787279"/>
    <w:rsid w:val="17C76CBE"/>
    <w:rsid w:val="1885E08A"/>
    <w:rsid w:val="18F2C00B"/>
    <w:rsid w:val="1935FA0D"/>
    <w:rsid w:val="1972D5D5"/>
    <w:rsid w:val="19908386"/>
    <w:rsid w:val="1A7200ED"/>
    <w:rsid w:val="1A9CE3FB"/>
    <w:rsid w:val="1AF783F6"/>
    <w:rsid w:val="1B3274E2"/>
    <w:rsid w:val="1B53913D"/>
    <w:rsid w:val="1B5DADF3"/>
    <w:rsid w:val="1BC10BAD"/>
    <w:rsid w:val="1BFA16C8"/>
    <w:rsid w:val="1C37D952"/>
    <w:rsid w:val="1CD7264E"/>
    <w:rsid w:val="1DD6A7FF"/>
    <w:rsid w:val="1E570282"/>
    <w:rsid w:val="1E959252"/>
    <w:rsid w:val="1EA74EB9"/>
    <w:rsid w:val="1EBC3760"/>
    <w:rsid w:val="1EC3D5FC"/>
    <w:rsid w:val="1ECCE380"/>
    <w:rsid w:val="1F01169D"/>
    <w:rsid w:val="1F2F033E"/>
    <w:rsid w:val="1F58CE74"/>
    <w:rsid w:val="1FC675AE"/>
    <w:rsid w:val="200FE05E"/>
    <w:rsid w:val="21AF8CB3"/>
    <w:rsid w:val="21EC769D"/>
    <w:rsid w:val="2231F6AD"/>
    <w:rsid w:val="228E905D"/>
    <w:rsid w:val="22A6A186"/>
    <w:rsid w:val="22CA24B2"/>
    <w:rsid w:val="23ECC5C4"/>
    <w:rsid w:val="240EA8F0"/>
    <w:rsid w:val="2443981D"/>
    <w:rsid w:val="259584C2"/>
    <w:rsid w:val="25B0668C"/>
    <w:rsid w:val="25BED789"/>
    <w:rsid w:val="2642CE9E"/>
    <w:rsid w:val="266F6CBB"/>
    <w:rsid w:val="26A9355F"/>
    <w:rsid w:val="2734DB6E"/>
    <w:rsid w:val="278F17E3"/>
    <w:rsid w:val="282A95CB"/>
    <w:rsid w:val="28758666"/>
    <w:rsid w:val="289DEB4F"/>
    <w:rsid w:val="2A12B95C"/>
    <w:rsid w:val="2ABC5256"/>
    <w:rsid w:val="2ACE8D6B"/>
    <w:rsid w:val="2B167C5E"/>
    <w:rsid w:val="2B44CB78"/>
    <w:rsid w:val="2B9074DF"/>
    <w:rsid w:val="2BAC48F8"/>
    <w:rsid w:val="2C36423B"/>
    <w:rsid w:val="2C7FCDA8"/>
    <w:rsid w:val="2C94CE4F"/>
    <w:rsid w:val="2C99F8C5"/>
    <w:rsid w:val="2CF8C2E1"/>
    <w:rsid w:val="2D78BC7E"/>
    <w:rsid w:val="2DE306F4"/>
    <w:rsid w:val="2E1C067D"/>
    <w:rsid w:val="2E3F67EF"/>
    <w:rsid w:val="2E61C127"/>
    <w:rsid w:val="2FAEC7DB"/>
    <w:rsid w:val="2FF25BA3"/>
    <w:rsid w:val="302FEE07"/>
    <w:rsid w:val="30B6A197"/>
    <w:rsid w:val="30C429DB"/>
    <w:rsid w:val="314A1C17"/>
    <w:rsid w:val="319DCA24"/>
    <w:rsid w:val="31CE7E36"/>
    <w:rsid w:val="325DB91C"/>
    <w:rsid w:val="32A5A555"/>
    <w:rsid w:val="32F96E10"/>
    <w:rsid w:val="337DB3D7"/>
    <w:rsid w:val="33AB776B"/>
    <w:rsid w:val="33B7A4C7"/>
    <w:rsid w:val="33BD62CE"/>
    <w:rsid w:val="341B3D1C"/>
    <w:rsid w:val="34CE5FA4"/>
    <w:rsid w:val="3546C6D0"/>
    <w:rsid w:val="35684F10"/>
    <w:rsid w:val="36D2C2B0"/>
    <w:rsid w:val="377AFB12"/>
    <w:rsid w:val="384B988E"/>
    <w:rsid w:val="3896CE73"/>
    <w:rsid w:val="38A02372"/>
    <w:rsid w:val="38E94A94"/>
    <w:rsid w:val="3903394A"/>
    <w:rsid w:val="3952ECB6"/>
    <w:rsid w:val="39545C60"/>
    <w:rsid w:val="39EEADAE"/>
    <w:rsid w:val="39F16D6C"/>
    <w:rsid w:val="3A044E6D"/>
    <w:rsid w:val="3A30840C"/>
    <w:rsid w:val="3A4883D3"/>
    <w:rsid w:val="3B2D8C13"/>
    <w:rsid w:val="3B4BBEA5"/>
    <w:rsid w:val="3B812155"/>
    <w:rsid w:val="3B84246B"/>
    <w:rsid w:val="3B8B2B35"/>
    <w:rsid w:val="3BF17E33"/>
    <w:rsid w:val="3BFEFA2E"/>
    <w:rsid w:val="3C614F89"/>
    <w:rsid w:val="3DF6B932"/>
    <w:rsid w:val="3E062219"/>
    <w:rsid w:val="3E295393"/>
    <w:rsid w:val="3E2D20B9"/>
    <w:rsid w:val="3E45150C"/>
    <w:rsid w:val="3E82D72D"/>
    <w:rsid w:val="3EC663E0"/>
    <w:rsid w:val="3ED8B1B4"/>
    <w:rsid w:val="3F211A56"/>
    <w:rsid w:val="3FD34AEC"/>
    <w:rsid w:val="3FF47A9A"/>
    <w:rsid w:val="4004C359"/>
    <w:rsid w:val="4023968F"/>
    <w:rsid w:val="40371576"/>
    <w:rsid w:val="407B7B93"/>
    <w:rsid w:val="40A39DF9"/>
    <w:rsid w:val="40A6C455"/>
    <w:rsid w:val="40BF4A93"/>
    <w:rsid w:val="41252C65"/>
    <w:rsid w:val="41588953"/>
    <w:rsid w:val="415D3638"/>
    <w:rsid w:val="41EDEBF7"/>
    <w:rsid w:val="42D91AC6"/>
    <w:rsid w:val="42E958B3"/>
    <w:rsid w:val="43732969"/>
    <w:rsid w:val="440373AF"/>
    <w:rsid w:val="441B27F2"/>
    <w:rsid w:val="452BD117"/>
    <w:rsid w:val="458D0430"/>
    <w:rsid w:val="45951DF2"/>
    <w:rsid w:val="47615678"/>
    <w:rsid w:val="4794C519"/>
    <w:rsid w:val="47A73A4E"/>
    <w:rsid w:val="47CC5874"/>
    <w:rsid w:val="4A7F0964"/>
    <w:rsid w:val="4A8BABD6"/>
    <w:rsid w:val="4ACADD2F"/>
    <w:rsid w:val="4B32827D"/>
    <w:rsid w:val="4BABEBA6"/>
    <w:rsid w:val="4BAEACC3"/>
    <w:rsid w:val="4BC22AE5"/>
    <w:rsid w:val="4BDE5D85"/>
    <w:rsid w:val="4CA220C8"/>
    <w:rsid w:val="4CBD7454"/>
    <w:rsid w:val="4DA3A8D9"/>
    <w:rsid w:val="4E480B0C"/>
    <w:rsid w:val="4E966CA0"/>
    <w:rsid w:val="4EA4BD78"/>
    <w:rsid w:val="4EDBA081"/>
    <w:rsid w:val="4F0B71B5"/>
    <w:rsid w:val="4F17DDC8"/>
    <w:rsid w:val="4F3D6209"/>
    <w:rsid w:val="4FB94AD1"/>
    <w:rsid w:val="4FC15A92"/>
    <w:rsid w:val="509C7FAC"/>
    <w:rsid w:val="51921C4E"/>
    <w:rsid w:val="51CBA515"/>
    <w:rsid w:val="523BE40B"/>
    <w:rsid w:val="526DB05F"/>
    <w:rsid w:val="52AE0C13"/>
    <w:rsid w:val="53421D15"/>
    <w:rsid w:val="538460FD"/>
    <w:rsid w:val="53FE7EB0"/>
    <w:rsid w:val="544D907C"/>
    <w:rsid w:val="54B05CA8"/>
    <w:rsid w:val="54BD4EE6"/>
    <w:rsid w:val="54F95771"/>
    <w:rsid w:val="56360519"/>
    <w:rsid w:val="58077074"/>
    <w:rsid w:val="58A9684C"/>
    <w:rsid w:val="58AC7D8F"/>
    <w:rsid w:val="58D95E9E"/>
    <w:rsid w:val="599C152B"/>
    <w:rsid w:val="59B31BC8"/>
    <w:rsid w:val="59CDEA94"/>
    <w:rsid w:val="5A6C0A02"/>
    <w:rsid w:val="5B0928E0"/>
    <w:rsid w:val="5C038EED"/>
    <w:rsid w:val="5C32D7DE"/>
    <w:rsid w:val="5C448B61"/>
    <w:rsid w:val="5C6A5E19"/>
    <w:rsid w:val="5CC309B7"/>
    <w:rsid w:val="5D04773B"/>
    <w:rsid w:val="5D0B09FF"/>
    <w:rsid w:val="5D168705"/>
    <w:rsid w:val="5D445595"/>
    <w:rsid w:val="5D5782E7"/>
    <w:rsid w:val="5D889B78"/>
    <w:rsid w:val="5DDA27FD"/>
    <w:rsid w:val="5E0EC642"/>
    <w:rsid w:val="5F075C50"/>
    <w:rsid w:val="5F9246B1"/>
    <w:rsid w:val="604D6E32"/>
    <w:rsid w:val="612581B0"/>
    <w:rsid w:val="6132EB33"/>
    <w:rsid w:val="61CC8B29"/>
    <w:rsid w:val="6218EEE4"/>
    <w:rsid w:val="62818922"/>
    <w:rsid w:val="63135214"/>
    <w:rsid w:val="639E33BA"/>
    <w:rsid w:val="640534DA"/>
    <w:rsid w:val="6414FC20"/>
    <w:rsid w:val="642B1730"/>
    <w:rsid w:val="64BAAF56"/>
    <w:rsid w:val="650DFF6C"/>
    <w:rsid w:val="655FD780"/>
    <w:rsid w:val="66C6AD61"/>
    <w:rsid w:val="673B90A9"/>
    <w:rsid w:val="678CBC97"/>
    <w:rsid w:val="67CAE8C4"/>
    <w:rsid w:val="67FAF760"/>
    <w:rsid w:val="68A92A82"/>
    <w:rsid w:val="68B0C1FF"/>
    <w:rsid w:val="68B91714"/>
    <w:rsid w:val="68B96A81"/>
    <w:rsid w:val="68D2E181"/>
    <w:rsid w:val="69585792"/>
    <w:rsid w:val="695966AA"/>
    <w:rsid w:val="6A07CF2B"/>
    <w:rsid w:val="6AA9F556"/>
    <w:rsid w:val="6AE67729"/>
    <w:rsid w:val="6AF29ACC"/>
    <w:rsid w:val="6BDD6EC3"/>
    <w:rsid w:val="6BE22B2D"/>
    <w:rsid w:val="6BE98CF9"/>
    <w:rsid w:val="6C559D36"/>
    <w:rsid w:val="6C84A9A5"/>
    <w:rsid w:val="6C9C3D22"/>
    <w:rsid w:val="6CEA0A39"/>
    <w:rsid w:val="6F3D14F5"/>
    <w:rsid w:val="6F9E1FB8"/>
    <w:rsid w:val="6FA9A87F"/>
    <w:rsid w:val="7013C2F1"/>
    <w:rsid w:val="7033BB7B"/>
    <w:rsid w:val="70DD3388"/>
    <w:rsid w:val="70EF7C30"/>
    <w:rsid w:val="7107BAA4"/>
    <w:rsid w:val="7148D0B6"/>
    <w:rsid w:val="71584979"/>
    <w:rsid w:val="71D14F33"/>
    <w:rsid w:val="72178E11"/>
    <w:rsid w:val="7269F19C"/>
    <w:rsid w:val="728B6A23"/>
    <w:rsid w:val="729D70EC"/>
    <w:rsid w:val="72AC7BC3"/>
    <w:rsid w:val="72FA9D36"/>
    <w:rsid w:val="740AB8EF"/>
    <w:rsid w:val="742C3770"/>
    <w:rsid w:val="743BD34F"/>
    <w:rsid w:val="7460A9AF"/>
    <w:rsid w:val="75049B43"/>
    <w:rsid w:val="750D4F25"/>
    <w:rsid w:val="75F5B715"/>
    <w:rsid w:val="765DD61F"/>
    <w:rsid w:val="76D5CABA"/>
    <w:rsid w:val="78077961"/>
    <w:rsid w:val="78D54982"/>
    <w:rsid w:val="78E30F84"/>
    <w:rsid w:val="7905BF3C"/>
    <w:rsid w:val="791C4B53"/>
    <w:rsid w:val="799470AF"/>
    <w:rsid w:val="799CB9BA"/>
    <w:rsid w:val="79AD2664"/>
    <w:rsid w:val="79E14DA4"/>
    <w:rsid w:val="79EF7F20"/>
    <w:rsid w:val="7A51B104"/>
    <w:rsid w:val="7AA4ACCA"/>
    <w:rsid w:val="7AB5A423"/>
    <w:rsid w:val="7AC2CD6B"/>
    <w:rsid w:val="7AE1702D"/>
    <w:rsid w:val="7B81F99C"/>
    <w:rsid w:val="7C1521CB"/>
    <w:rsid w:val="7C26FD11"/>
    <w:rsid w:val="7C359312"/>
    <w:rsid w:val="7CAF8A33"/>
    <w:rsid w:val="7CC98CDF"/>
    <w:rsid w:val="7D3A1BAA"/>
    <w:rsid w:val="7D90866F"/>
    <w:rsid w:val="7E727D0C"/>
    <w:rsid w:val="7FE6F18E"/>
    <w:rsid w:val="7FF0CB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F5E5E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89D"/>
    <w:pPr>
      <w:spacing w:before="120" w:after="120" w:line="280" w:lineRule="atLeast"/>
    </w:pPr>
    <w:rPr>
      <w:rFonts w:ascii="Aptos" w:hAnsi="Aptos" w:cstheme="majorHAnsi"/>
      <w:sz w:val="24"/>
      <w:szCs w:val="24"/>
      <w:lang w:val="en-NZ"/>
    </w:rPr>
  </w:style>
  <w:style w:type="paragraph" w:styleId="Heading1">
    <w:name w:val="heading 1"/>
    <w:basedOn w:val="Normal"/>
    <w:next w:val="Normal"/>
    <w:link w:val="Heading1Char"/>
    <w:uiPriority w:val="9"/>
    <w:qFormat/>
    <w:rsid w:val="00C8789D"/>
    <w:pPr>
      <w:keepNext/>
      <w:keepLines/>
      <w:spacing w:before="840" w:after="360"/>
      <w:outlineLvl w:val="0"/>
    </w:pPr>
    <w:rPr>
      <w:rFonts w:eastAsiaTheme="majorEastAsia" w:cstheme="majorBidi"/>
      <w:b/>
      <w:bCs/>
      <w:color w:val="000000" w:themeColor="text1"/>
      <w:sz w:val="32"/>
      <w:szCs w:val="32"/>
    </w:rPr>
  </w:style>
  <w:style w:type="paragraph" w:styleId="Heading2">
    <w:name w:val="heading 2"/>
    <w:basedOn w:val="Normal"/>
    <w:next w:val="Normal"/>
    <w:link w:val="Heading2Char"/>
    <w:uiPriority w:val="9"/>
    <w:unhideWhenUsed/>
    <w:qFormat/>
    <w:rsid w:val="0019016B"/>
    <w:pPr>
      <w:keepNext/>
      <w:keepLines/>
      <w:spacing w:before="360"/>
      <w:outlineLvl w:val="1"/>
    </w:pPr>
    <w:rPr>
      <w:rFonts w:eastAsiaTheme="majorEastAsia" w:cstheme="majorBidi"/>
      <w:b/>
      <w:bCs/>
      <w:color w:val="4F81BD" w:themeColor="accent1"/>
      <w:sz w:val="28"/>
      <w:szCs w:val="28"/>
    </w:rPr>
  </w:style>
  <w:style w:type="paragraph" w:styleId="Heading3">
    <w:name w:val="heading 3"/>
    <w:basedOn w:val="Normal"/>
    <w:next w:val="Normal"/>
    <w:link w:val="Heading3Char"/>
    <w:uiPriority w:val="9"/>
    <w:unhideWhenUsed/>
    <w:qFormat/>
    <w:rsid w:val="00031C97"/>
    <w:pPr>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C8789D"/>
    <w:rPr>
      <w:rFonts w:ascii="Aptos" w:eastAsiaTheme="majorEastAsia" w:hAnsi="Aptos" w:cstheme="majorBidi"/>
      <w:b/>
      <w:bCs/>
      <w:color w:val="000000" w:themeColor="text1"/>
      <w:sz w:val="32"/>
      <w:szCs w:val="32"/>
      <w:lang w:val="en-NZ"/>
    </w:rPr>
  </w:style>
  <w:style w:type="character" w:customStyle="1" w:styleId="Heading2Char">
    <w:name w:val="Heading 2 Char"/>
    <w:basedOn w:val="DefaultParagraphFont"/>
    <w:link w:val="Heading2"/>
    <w:uiPriority w:val="9"/>
    <w:rsid w:val="0019016B"/>
    <w:rPr>
      <w:rFonts w:ascii="Aptos" w:eastAsiaTheme="majorEastAsia" w:hAnsi="Aptos" w:cstheme="majorBidi"/>
      <w:b/>
      <w:bCs/>
      <w:color w:val="4F81BD" w:themeColor="accent1"/>
      <w:sz w:val="28"/>
      <w:szCs w:val="28"/>
      <w:lang w:val="en-NZ"/>
    </w:rPr>
  </w:style>
  <w:style w:type="character" w:customStyle="1" w:styleId="Heading3Char">
    <w:name w:val="Heading 3 Char"/>
    <w:basedOn w:val="DefaultParagraphFont"/>
    <w:link w:val="Heading3"/>
    <w:uiPriority w:val="9"/>
    <w:rsid w:val="00031C97"/>
    <w:rPr>
      <w:rFonts w:ascii="Aptos" w:hAnsi="Aptos" w:cstheme="majorHAnsi"/>
      <w:b/>
      <w:bCs/>
      <w:sz w:val="24"/>
      <w:szCs w:val="24"/>
      <w:lang w:val="en-NZ"/>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610B7C"/>
    <w:pPr>
      <w:numPr>
        <w:numId w:val="15"/>
      </w:numPr>
      <w:ind w:left="357" w:hanging="357"/>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31594"/>
    <w:rPr>
      <w:color w:val="0000FF" w:themeColor="hyperlink"/>
      <w:u w:val="single"/>
    </w:rPr>
  </w:style>
  <w:style w:type="character" w:styleId="UnresolvedMention">
    <w:name w:val="Unresolved Mention"/>
    <w:basedOn w:val="DefaultParagraphFont"/>
    <w:uiPriority w:val="99"/>
    <w:semiHidden/>
    <w:unhideWhenUsed/>
    <w:rsid w:val="00431594"/>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714B2"/>
    <w:rPr>
      <w:b/>
      <w:bCs/>
    </w:rPr>
  </w:style>
  <w:style w:type="character" w:customStyle="1" w:styleId="CommentSubjectChar">
    <w:name w:val="Comment Subject Char"/>
    <w:basedOn w:val="CommentTextChar"/>
    <w:link w:val="CommentSubject"/>
    <w:uiPriority w:val="99"/>
    <w:semiHidden/>
    <w:rsid w:val="005714B2"/>
    <w:rPr>
      <w:b/>
      <w:bCs/>
      <w:sz w:val="20"/>
      <w:szCs w:val="20"/>
    </w:rPr>
  </w:style>
  <w:style w:type="paragraph" w:styleId="Revision">
    <w:name w:val="Revision"/>
    <w:hidden/>
    <w:uiPriority w:val="99"/>
    <w:semiHidden/>
    <w:rsid w:val="00E25DBD"/>
    <w:pPr>
      <w:spacing w:after="0" w:line="240" w:lineRule="auto"/>
    </w:pPr>
  </w:style>
  <w:style w:type="character" w:customStyle="1" w:styleId="normaltextrun">
    <w:name w:val="normaltextrun"/>
    <w:basedOn w:val="DefaultParagraphFont"/>
    <w:rsid w:val="00E64E1E"/>
  </w:style>
  <w:style w:type="paragraph" w:customStyle="1" w:styleId="paragraph">
    <w:name w:val="paragraph"/>
    <w:basedOn w:val="Normal"/>
    <w:rsid w:val="0029480A"/>
    <w:pPr>
      <w:spacing w:before="100" w:beforeAutospacing="1" w:after="100" w:afterAutospacing="1" w:line="240" w:lineRule="auto"/>
    </w:pPr>
    <w:rPr>
      <w:rFonts w:ascii="Times New Roman" w:eastAsia="Times New Roman" w:hAnsi="Times New Roman" w:cs="Times New Roman"/>
      <w:lang w:eastAsia="en-NZ"/>
    </w:rPr>
  </w:style>
  <w:style w:type="character" w:customStyle="1" w:styleId="eop">
    <w:name w:val="eop"/>
    <w:basedOn w:val="DefaultParagraphFont"/>
    <w:rsid w:val="0029480A"/>
  </w:style>
  <w:style w:type="character" w:customStyle="1" w:styleId="wacimagecontainer">
    <w:name w:val="wacimagecontainer"/>
    <w:basedOn w:val="DefaultParagraphFont"/>
    <w:rsid w:val="00301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contact@ot.govt.nz"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1351</Words>
  <Characters>7031</Characters>
  <Application>Microsoft Office Word</Application>
  <DocSecurity>0</DocSecurity>
  <Lines>156</Lines>
  <Paragraphs>106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2026-10-14T21:23:00Z</dcterms:created>
  <dcterms:modified xsi:type="dcterms:W3CDTF">2026-10-14T21:24:00Z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cdf69df,1ec49eca,1df979d2</vt:lpwstr>
  </property>
  <property fmtid="{D5CDD505-2E9C-101B-9397-08002B2CF9AE}" pid="3" name="ClassificationContentMarkingHeaderFontProps">
    <vt:lpwstr>#000000,14,Aptos</vt:lpwstr>
  </property>
  <property fmtid="{D5CDD505-2E9C-101B-9397-08002B2CF9AE}" pid="4" name="ClassificationContentMarkingHeaderText">
    <vt:lpwstr>IN-CONFIDENCE</vt:lpwstr>
  </property>
  <property fmtid="{D5CDD505-2E9C-101B-9397-08002B2CF9AE}" pid="5" name="MSIP_Label_b766f82b-fa89-4ae5-ad9e-a4d065459142_Enabled">
    <vt:lpwstr>true</vt:lpwstr>
  </property>
  <property fmtid="{D5CDD505-2E9C-101B-9397-08002B2CF9AE}" pid="6" name="MSIP_Label_b766f82b-fa89-4ae5-ad9e-a4d065459142_SetDate">
    <vt:lpwstr>2026-10-14T21:23:46Z</vt:lpwstr>
  </property>
  <property fmtid="{D5CDD505-2E9C-101B-9397-08002B2CF9AE}" pid="7" name="MSIP_Label_b766f82b-fa89-4ae5-ad9e-a4d065459142_Method">
    <vt:lpwstr>Standard</vt:lpwstr>
  </property>
  <property fmtid="{D5CDD505-2E9C-101B-9397-08002B2CF9AE}" pid="8" name="MSIP_Label_b766f82b-fa89-4ae5-ad9e-a4d065459142_Name">
    <vt:lpwstr>In-Confidence</vt:lpwstr>
  </property>
  <property fmtid="{D5CDD505-2E9C-101B-9397-08002B2CF9AE}" pid="9" name="MSIP_Label_b766f82b-fa89-4ae5-ad9e-a4d065459142_SiteId">
    <vt:lpwstr>5c908180-a006-403f-b9be-8829934f08dd</vt:lpwstr>
  </property>
  <property fmtid="{D5CDD505-2E9C-101B-9397-08002B2CF9AE}" pid="10" name="MSIP_Label_b766f82b-fa89-4ae5-ad9e-a4d065459142_ActionId">
    <vt:lpwstr>a11f79eb-75b2-42cb-9c63-2cab8c31d812</vt:lpwstr>
  </property>
  <property fmtid="{D5CDD505-2E9C-101B-9397-08002B2CF9AE}" pid="11" name="MSIP_Label_b766f82b-fa89-4ae5-ad9e-a4d065459142_ContentBits">
    <vt:lpwstr>1</vt:lpwstr>
  </property>
  <property fmtid="{D5CDD505-2E9C-101B-9397-08002B2CF9AE}" pid="12" name="MSIP_Label_b766f82b-fa89-4ae5-ad9e-a4d065459142_Tag">
    <vt:lpwstr>10, 3, 0, 1</vt:lpwstr>
  </property>
</Properties>
</file>